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CONTRAT DE TRAVAIL À DURÉE INDÉTERMINÉE</w:t>
        <w:br/>
        <w:t>FEMME DE MÉNAGE</w:t>
      </w:r>
    </w:p>
    <w:p/>
    <w:p/>
    <w:p>
      <w:r>
        <w:rPr>
          <w:b/>
          <w:sz w:val="20"/>
        </w:rPr>
        <w:t>Entre les soussignés :</w:t>
      </w:r>
    </w:p>
    <w:p>
      <w:r>
        <w:rPr>
          <w:b w:val="0"/>
          <w:sz w:val="20"/>
        </w:rPr>
        <w:t>Employeur : ________________________________________________________________</w:t>
      </w:r>
    </w:p>
    <w:p>
      <w:r>
        <w:rPr>
          <w:b w:val="0"/>
          <w:sz w:val="20"/>
        </w:rPr>
        <w:t>Adresse : _________________________________________________________________</w:t>
      </w:r>
    </w:p>
    <w:p>
      <w:r>
        <w:rPr>
          <w:b w:val="0"/>
          <w:sz w:val="20"/>
        </w:rPr>
        <w:t>Téléphone : _______________________________________________________________</w:t>
      </w:r>
    </w:p>
    <w:p>
      <w:r>
        <w:rPr>
          <w:b w:val="0"/>
          <w:sz w:val="20"/>
        </w:rPr>
        <w:t>E-mail : _________________________________________________________________</w:t>
      </w:r>
    </w:p>
    <w:p/>
    <w:p>
      <w:pPr>
        <w:jc w:val="center"/>
      </w:pPr>
      <w:r>
        <w:rPr>
          <w:b w:val="0"/>
          <w:sz w:val="20"/>
        </w:rPr>
        <w:t>Et</w:t>
      </w:r>
    </w:p>
    <w:p/>
    <w:p>
      <w:r>
        <w:rPr>
          <w:b w:val="0"/>
          <w:sz w:val="20"/>
        </w:rPr>
        <w:t>Salariée (Femme de ménage) : __________________________________________________</w:t>
      </w:r>
    </w:p>
    <w:p>
      <w:r>
        <w:rPr>
          <w:b w:val="0"/>
          <w:sz w:val="20"/>
        </w:rPr>
        <w:t>Adresse : _________________________________________________________________</w:t>
      </w:r>
    </w:p>
    <w:p>
      <w:r>
        <w:rPr>
          <w:b w:val="0"/>
          <w:sz w:val="20"/>
        </w:rPr>
        <w:t>Téléphone : _______________________________________________________________</w:t>
      </w:r>
    </w:p>
    <w:p>
      <w:r>
        <w:rPr>
          <w:b w:val="0"/>
          <w:sz w:val="20"/>
        </w:rPr>
        <w:t>E-mail : _________________________________________________________________</w:t>
      </w:r>
    </w:p>
    <w:p/>
    <w:p>
      <w:r>
        <w:rPr>
          <w:b/>
          <w:sz w:val="20"/>
        </w:rPr>
        <w:t>Préambule :</w:t>
      </w:r>
    </w:p>
    <w:p>
      <w:r>
        <w:rPr>
          <w:b w:val="0"/>
          <w:sz w:val="20"/>
        </w:rPr>
        <w:t>Le présent contrat est conclu conformément au Code du travail français et aux conventions collectives applicables, notamment pour les services à la personne. La salariée est engagée en qualité de femme de ménage pour fournir des prestations de ménage et d’entretien du domicile de l’employeur.</w:t>
      </w:r>
    </w:p>
    <w:p/>
    <w:p>
      <w:r>
        <w:rPr>
          <w:b/>
          <w:sz w:val="20"/>
        </w:rPr>
        <w:t>Article 1 – Description du poste</w:t>
      </w:r>
    </w:p>
    <w:p>
      <w:r>
        <w:rPr>
          <w:b w:val="0"/>
          <w:sz w:val="20"/>
        </w:rPr>
        <w:t>La salariée est employée en qualité de femme de ménage. Elle exécutera les tâches suivantes : nettoyage des sols, dépoussiérage, entretien des sanitaires, lavage du linge, repassage, rangement, et toutes autres tâches ménagères définies d’un commun accord.</w:t>
      </w:r>
    </w:p>
    <w:p/>
    <w:p>
      <w:r>
        <w:rPr>
          <w:b/>
          <w:sz w:val="20"/>
        </w:rPr>
        <w:t>Article 2 – Lieu de travail</w:t>
      </w:r>
    </w:p>
    <w:p>
      <w:r>
        <w:rPr>
          <w:b w:val="0"/>
          <w:sz w:val="20"/>
        </w:rPr>
        <w:t>Le travail sera effectué au domicile de l’employeur situé à l’adresse indiquée ci-dessus. Le lieu de travail pourra être modifié avec l'accord des deux parties.</w:t>
      </w:r>
    </w:p>
    <w:p/>
    <w:p>
      <w:r>
        <w:rPr>
          <w:b/>
          <w:sz w:val="20"/>
        </w:rPr>
        <w:t>Article 3 – Durée du travail</w:t>
      </w:r>
    </w:p>
    <w:p>
      <w:r>
        <w:rPr>
          <w:b w:val="0"/>
          <w:sz w:val="20"/>
        </w:rPr>
        <w:t>La durée du travail est fixée à ______ heures par semaine, réparties sur les jours suivants : ________________________________. Les horaires détaillés seront précisés et pourront être modifiés d’un commun accord.</w:t>
      </w:r>
    </w:p>
    <w:p/>
    <w:p>
      <w:r>
        <w:rPr>
          <w:b/>
          <w:sz w:val="20"/>
        </w:rPr>
        <w:t>Article 4 – Rémunération</w:t>
      </w:r>
    </w:p>
    <w:p>
      <w:r>
        <w:rPr>
          <w:b w:val="0"/>
          <w:sz w:val="20"/>
        </w:rPr>
        <w:t>La salariée percevra un salaire brut mensuel de ______ euros, correspondant au taux horaire légal ou conventionnel en vigueur. Le salaire sera versé mensuellement, par virement bancaire ou chèque, au plus tard le ____ de chaque mois.</w:t>
      </w:r>
    </w:p>
    <w:p/>
    <w:p>
      <w:r>
        <w:rPr>
          <w:b/>
          <w:sz w:val="20"/>
        </w:rPr>
        <w:t>Article 5 – Période d’essai</w:t>
      </w:r>
    </w:p>
    <w:p>
      <w:r>
        <w:rPr>
          <w:b w:val="0"/>
          <w:sz w:val="20"/>
        </w:rPr>
        <w:t>Le présent contrat est conclu avec une période d’essai de ______ mois, renouvelable une fois. Pendant cette période, chacune des parties peut mettre fin au contrat avec un préavis d’une semaine.</w:t>
      </w:r>
    </w:p>
    <w:p/>
    <w:p>
      <w:r>
        <w:rPr>
          <w:b/>
          <w:sz w:val="20"/>
        </w:rPr>
        <w:t>Article 6 – Congés payés</w:t>
      </w:r>
    </w:p>
    <w:p>
      <w:r>
        <w:rPr>
          <w:b w:val="0"/>
          <w:sz w:val="20"/>
        </w:rPr>
        <w:t>La salariée bénéficie des congés payés légaux prévus par le Code du travail, soit 2,5 jours ouvrables par mois de travail effectif. Les dates de congés seront fixées en accord avec l’employeur.</w:t>
      </w:r>
    </w:p>
    <w:p/>
    <w:p>
      <w:r>
        <w:rPr>
          <w:b/>
          <w:sz w:val="20"/>
        </w:rPr>
        <w:t>Article 7 – Absences et maladies</w:t>
      </w:r>
    </w:p>
    <w:p>
      <w:r>
        <w:rPr>
          <w:b w:val="0"/>
          <w:sz w:val="20"/>
        </w:rPr>
        <w:t>Toute absence doit être justifiée dans les plus brefs délais par un certificat médical ou tout autre document approprié. En cas de maladie, la salariée doit informer l’employeur dès que possible.</w:t>
      </w:r>
    </w:p>
    <w:p/>
    <w:p>
      <w:r>
        <w:rPr>
          <w:b/>
          <w:sz w:val="20"/>
        </w:rPr>
        <w:t>Article 8 – Obligations et discipline</w:t>
      </w:r>
    </w:p>
    <w:p>
      <w:r>
        <w:rPr>
          <w:b w:val="0"/>
          <w:sz w:val="20"/>
        </w:rPr>
        <w:t>La salariée s’engage à respecter les consignes de travail, à faire preuve de ponctualité et de diligence, et à maintenir la confidentialité des informations relatives au domicile de l’employeur. Tout manquement pourra entraîner des sanctions disciplinaires.</w:t>
      </w:r>
    </w:p>
    <w:p/>
    <w:p>
      <w:r>
        <w:rPr>
          <w:b/>
          <w:sz w:val="20"/>
        </w:rPr>
        <w:t>Article 9 – Matériel</w:t>
      </w:r>
    </w:p>
    <w:p>
      <w:r>
        <w:rPr>
          <w:b w:val="0"/>
          <w:sz w:val="20"/>
        </w:rPr>
        <w:t>L’employeur fournira le matériel nécessaire à l’exécution des tâches (produits d’entretien, aspirateur, etc.). La salariée s’engage à en faire un usage raisonnable et à signaler tout dysfonctionnement.</w:t>
      </w:r>
    </w:p>
    <w:p/>
    <w:p>
      <w:r>
        <w:rPr>
          <w:b/>
          <w:sz w:val="20"/>
        </w:rPr>
        <w:t>Article 10 – Rupture du contrat</w:t>
      </w:r>
    </w:p>
    <w:p>
      <w:r>
        <w:rPr>
          <w:b w:val="0"/>
          <w:sz w:val="20"/>
        </w:rPr>
        <w:t>La rupture du présent contrat devra respecter les dispositions légales et conventionnelles en vigueur, notamment en ce qui concerne les délais de préavis. Elle pourra intervenir à l’initiative de l’une ou l’autre des parties, avec notification écrite.</w:t>
      </w:r>
    </w:p>
    <w:p/>
    <w:p>
      <w:r>
        <w:rPr>
          <w:b/>
          <w:sz w:val="20"/>
        </w:rPr>
        <w:t>Article 11 – Protection sociale</w:t>
      </w:r>
    </w:p>
    <w:p>
      <w:r>
        <w:rPr>
          <w:b w:val="0"/>
          <w:sz w:val="20"/>
        </w:rPr>
        <w:t>L’employeur s’engage à déclarer la salariée aux organismes sociaux conformément à la loi, et à verser les cotisations correspondantes. La salariée bénéficie ainsi de la protection sociale légale (sécurité sociale, retraite, chômage, etc.).</w:t>
      </w:r>
    </w:p>
    <w:p/>
    <w:p>
      <w:r>
        <w:rPr>
          <w:b/>
          <w:sz w:val="20"/>
        </w:rPr>
        <w:t>Article 12 – Clause de confidentialité</w:t>
      </w:r>
    </w:p>
    <w:p>
      <w:r>
        <w:rPr>
          <w:b w:val="0"/>
          <w:sz w:val="20"/>
        </w:rPr>
        <w:t>La salariée s’engage à ne pas divulguer les informations concernant la vie privée et les habitudes de l’employeur, en particulier celles relatives au domicile, à la famille et aux affaires personnelles.</w:t>
      </w:r>
    </w:p>
    <w:p/>
    <w:p>
      <w:r>
        <w:rPr>
          <w:b/>
          <w:sz w:val="20"/>
        </w:rPr>
        <w:t>Article 13 – Clause de non-concurrence</w:t>
      </w:r>
    </w:p>
    <w:p>
      <w:r>
        <w:rPr>
          <w:b w:val="0"/>
          <w:sz w:val="20"/>
        </w:rPr>
        <w:t>La salariée s’engage à ne pas exercer d’activités similaires au sein d’un autre domicile situé à moins de ______ kilomètres du domicile de l’employeur, pendant une durée de ______ mois après la fin du présent contrat, sous réserve d'une contrepartie financière définie entre les parties.</w:t>
      </w:r>
    </w:p>
    <w:p/>
    <w:p>
      <w:r>
        <w:rPr>
          <w:b/>
          <w:sz w:val="20"/>
        </w:rPr>
        <w:t>Article 14 – Litiges</w:t>
      </w:r>
    </w:p>
    <w:p>
      <w:r>
        <w:rPr>
          <w:b w:val="0"/>
          <w:sz w:val="20"/>
        </w:rPr>
        <w:t>En cas de litige relatif à l’interprétation ou à l’exécution du présent contrat, les parties s’efforceront de trouver une solution amiable. À défaut, le litige sera porté devant les juridictions compétentes conformément au droit français.</w:t>
      </w:r>
    </w:p>
    <w:p/>
    <w:p/>
    <w:p>
      <w:r>
        <w:rPr>
          <w:b w:val="0"/>
          <w:sz w:val="20"/>
        </w:rPr>
        <w:t>Lieu de signature : ________________________________________________</w:t>
      </w:r>
    </w:p>
    <w:p>
      <w:r>
        <w:rPr>
          <w:b w:val="0"/>
          <w:sz w:val="20"/>
        </w:rPr>
        <w:t>Signature de l’employeur : ________________________________________</w:t>
      </w:r>
    </w:p>
    <w:p>
      <w:r>
        <w:rPr>
          <w:b w:val="0"/>
          <w:sz w:val="20"/>
        </w:rPr>
        <w:t>Signature de la salariée : 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EMPLOYEUR</w:t>
            </w:r>
          </w:p>
        </w:tc>
        <w:tc>
          <w:tcPr>
            <w:tcW w:type="dxa" w:w="4986"/>
            <w:tcBorders>
              <w:top w:val="nil"/>
              <w:left w:val="nil"/>
              <w:bottom w:val="nil"/>
              <w:right w:val="nil"/>
              <w:insideH w:val="nil"/>
              <w:insideV w:val="nil"/>
            </w:tcBorders>
          </w:tcPr>
          <w:p>
            <w:pPr>
              <w:jc w:val="center"/>
            </w:pPr>
            <w:r>
              <w:t>SALARIÉE</w:t>
            </w:r>
          </w:p>
        </w:tc>
      </w:tr>
      <w:tr>
        <w:tc>
          <w:tcPr>
            <w:tcW w:type="dxa" w:w="4986"/>
            <w:tcBorders>
              <w:top w:val="nil"/>
              <w:left w:val="nil"/>
              <w:bottom w:val="nil"/>
              <w:right w:val="nil"/>
              <w:insideH w:val="nil"/>
              <w:insideV w:val="nil"/>
            </w:tcBorders>
          </w:tcPr>
          <w:p>
            <w:pPr>
              <w:jc w:val="center"/>
            </w:pPr>
            <w:r>
              <w:br/>
              <w:br/>
              <w:t>Signature : _________________________</w:t>
            </w:r>
          </w:p>
        </w:tc>
        <w:tc>
          <w:tcPr>
            <w:tcW w:type="dxa" w:w="4986"/>
            <w:tcBorders>
              <w:top w:val="nil"/>
              <w:left w:val="nil"/>
              <w:bottom w:val="nil"/>
              <w:right w:val="nil"/>
              <w:insideH w:val="nil"/>
              <w:insideV w:val="nil"/>
            </w:tcBorders>
          </w:tcPr>
          <w:p>
            <w:pPr>
              <w:jc w:val="center"/>
            </w:pPr>
            <w:r>
              <w:br/>
              <w:br/>
              <w:t>Signature : _________________________</w:t>
            </w:r>
          </w:p>
        </w:tc>
      </w:tr>
      <w:tr>
        <w:tc>
          <w:tcPr>
            <w:tcW w:type="dxa" w:w="4986"/>
            <w:tcBorders>
              <w:top w:val="nil"/>
              <w:left w:val="nil"/>
              <w:bottom w:val="nil"/>
              <w:right w:val="nil"/>
              <w:insideH w:val="nil"/>
              <w:insideV w:val="nil"/>
            </w:tcBorders>
          </w:tcPr>
          <w:p>
            <w:pPr>
              <w:jc w:val="center"/>
            </w:pPr>
            <w:r>
              <w:t>Nom : ________________________________</w:t>
            </w:r>
          </w:p>
        </w:tc>
        <w:tc>
          <w:tcPr>
            <w:tcW w:type="dxa" w:w="4986"/>
            <w:tcBorders>
              <w:top w:val="nil"/>
              <w:left w:val="nil"/>
              <w:bottom w:val="nil"/>
              <w:right w:val="nil"/>
              <w:insideH w:val="nil"/>
              <w:insideV w:val="nil"/>
            </w:tcBorders>
          </w:tcPr>
          <w:p>
            <w:pPr>
              <w:jc w:val="center"/>
            </w:pPr>
            <w:r>
              <w:t>Nom : ________________________________</w:t>
            </w:r>
          </w:p>
        </w:tc>
      </w:tr>
    </w:tbl>
    <w:p>
      <w:r>
        <w:br w:type="page"/>
      </w:r>
    </w:p>
    <w:p>
      <w:pPr>
        <w:jc w:val="center"/>
      </w:pPr>
      <w:r>
        <w:rPr>
          <w:color w:val="555555"/>
          <w:sz w:val="24"/>
        </w:rPr>
        <w:t>Source originale de ce document :</w:t>
      </w:r>
    </w:p>
    <w:p>
      <w:pPr>
        <w:jc w:val="center"/>
      </w:pPr>
      <w:hyperlink r:id="rId9">
        <w:r>
          <w:rPr>
            <w:color w:val="0000FF"/>
            <w:u w:val="single"/>
          </w:rPr>
          <w:t>https://juridique-travail.com/contrat-de-travail-femme-de-menage/</w:t>
        </w:r>
      </w:hyperlink>
    </w:p>
    <w:p>
      <w:pPr>
        <w:jc w:val="center"/>
      </w:pPr>
      <w:r>
        <w:rPr>
          <w:color w:val="555555"/>
          <w:sz w:val="26"/>
        </w:rPr>
        <w:t>Ce modèle vous a-t-il été utile ?</w:t>
      </w:r>
    </w:p>
    <w:p>
      <w:pPr>
        <w:jc w:val="center"/>
      </w:pPr>
      <w:r>
        <w:rPr>
          <w:color w:val="555555"/>
          <w:sz w:val="26"/>
        </w:rPr>
        <w:t>Trouvez d'autres modèles à jour sur :</w:t>
      </w:r>
    </w:p>
    <w:p>
      <w:pPr>
        <w:jc w:val="center"/>
      </w:pPr>
      <w:hyperlink r:id="rId10">
        <w:r>
          <w:rPr>
            <w:color w:val="0000FF"/>
            <w:u w:val="single"/>
          </w:rPr>
          <w:t>https://juridique-travail.com</w:t>
        </w:r>
      </w:hyperlink>
    </w:p>
    <w:p>
      <w:pPr>
        <w:jc w:val="center"/>
      </w:pPr>
      <w:r>
        <w:rPr>
          <w:color w:val="808080"/>
          <w:sz w:val="20"/>
        </w:rPr>
        <w:t>Ce modèle est destiné exclusivement à un usage personnel et non commercial.</w:t>
        <w:br/>
        <w:t>Toute diffusion ou publication doit obligatoirement mentionner la source. © juridique-travail.com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juridique-travail.com/contrat-de-travail-femme-de-menage/" TargetMode="External"/><Relationship Id="rId10" Type="http://schemas.openxmlformats.org/officeDocument/2006/relationships/hyperlink" Target="https://juridique-trav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