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DE TRAVAIL À DURÉE INDÉTERMINÉE - DIRECTEUR GÉNÉRAL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La société : ____________________________________________________________,</w:t>
      </w:r>
    </w:p>
    <w:p>
      <w:r>
        <w:rPr>
          <w:b w:val="0"/>
          <w:sz w:val="20"/>
        </w:rPr>
        <w:t>Société au capital de : ________________ €,</w:t>
      </w:r>
    </w:p>
    <w:p>
      <w:r>
        <w:rPr>
          <w:b w:val="0"/>
          <w:sz w:val="20"/>
        </w:rPr>
        <w:t>Dont le siège social est situé : ________________________________________,</w:t>
      </w:r>
    </w:p>
    <w:p>
      <w:r>
        <w:rPr>
          <w:b w:val="0"/>
          <w:sz w:val="20"/>
        </w:rPr>
        <w:t>Immatriculée au Registre du Commerce et des Sociétés sous le numéro : ________________,</w:t>
      </w:r>
    </w:p>
    <w:p>
      <w:r>
        <w:rPr>
          <w:b w:val="0"/>
          <w:sz w:val="20"/>
        </w:rPr>
        <w:t>Représentée par son Président : ________________________________________,</w:t>
      </w:r>
    </w:p>
    <w:p>
      <w:r>
        <w:rPr>
          <w:b w:val="0"/>
          <w:sz w:val="20"/>
        </w:rPr>
        <w:t>Ci-après dénommée « l’Employeur »,</w:t>
      </w:r>
    </w:p>
    <w:p/>
    <w:p>
      <w:r>
        <w:rPr>
          <w:b/>
          <w:sz w:val="20"/>
        </w:rPr>
        <w:t>Et :</w:t>
      </w:r>
    </w:p>
    <w:p>
      <w:r>
        <w:rPr>
          <w:b w:val="0"/>
          <w:sz w:val="20"/>
        </w:rPr>
        <w:t>M. / Mme : ____________________________________________________________,</w:t>
      </w:r>
    </w:p>
    <w:p>
      <w:r>
        <w:rPr>
          <w:b w:val="0"/>
          <w:sz w:val="20"/>
        </w:rPr>
        <w:t>Né(e) le : __________________________, à : ____________________________,</w:t>
      </w:r>
    </w:p>
    <w:p>
      <w:r>
        <w:rPr>
          <w:b w:val="0"/>
          <w:sz w:val="20"/>
        </w:rPr>
        <w:t>Demeurant : ___________________________________________________________,</w:t>
      </w:r>
    </w:p>
    <w:p>
      <w:r>
        <w:rPr>
          <w:b w:val="0"/>
          <w:sz w:val="20"/>
        </w:rPr>
        <w:t>Ci-après dénommé(e) « le Directeur Général » ou « le Salarié ».</w:t>
      </w:r>
    </w:p>
    <w:p/>
    <w:p>
      <w:r>
        <w:rPr>
          <w:b/>
          <w:sz w:val="20"/>
        </w:rPr>
        <w:t>Préambule :</w:t>
      </w:r>
    </w:p>
    <w:p>
      <w:r>
        <w:rPr>
          <w:b w:val="0"/>
          <w:sz w:val="20"/>
        </w:rPr>
        <w:t>L’Employeur souhaite confier à M./Mme ___________________________ les fonctions de Directeur Général.</w:t>
      </w:r>
    </w:p>
    <w:p>
      <w:r>
        <w:rPr>
          <w:b w:val="0"/>
          <w:sz w:val="20"/>
        </w:rPr>
        <w:t>Le présent contrat fixe les conditions générales de ce recrutement.</w:t>
      </w:r>
    </w:p>
    <w:p/>
    <w:p>
      <w:r>
        <w:rPr>
          <w:b/>
          <w:sz w:val="20"/>
        </w:rPr>
        <w:t>Article 1 – Fonction et missions</w:t>
      </w:r>
    </w:p>
    <w:p>
      <w:r>
        <w:rPr>
          <w:b w:val="0"/>
          <w:sz w:val="20"/>
        </w:rPr>
        <w:t>Le Salarié est engagé en qualité de Directeur Général. Il exercera ses fonctions sous la responsabilité du Conseil d’Administration ou de l’Assemblée Générale.</w:t>
      </w:r>
    </w:p>
    <w:p>
      <w:r>
        <w:rPr>
          <w:b w:val="0"/>
          <w:sz w:val="20"/>
        </w:rPr>
        <w:t>Ses missions principales seront notamment :</w:t>
      </w:r>
    </w:p>
    <w:p>
      <w:r>
        <w:rPr>
          <w:b w:val="0"/>
          <w:sz w:val="20"/>
        </w:rPr>
        <w:t>- La direction opérationnelle et administrative de la société;</w:t>
      </w:r>
    </w:p>
    <w:p>
      <w:r>
        <w:rPr>
          <w:b w:val="0"/>
          <w:sz w:val="20"/>
        </w:rPr>
        <w:t>- La mise en œuvre de la stratégie définie par les organes de gouvernance;</w:t>
      </w:r>
    </w:p>
    <w:p>
      <w:r>
        <w:rPr>
          <w:b w:val="0"/>
          <w:sz w:val="20"/>
        </w:rPr>
        <w:t>- La représentation de la société auprès des tiers;</w:t>
      </w:r>
    </w:p>
    <w:p>
      <w:r>
        <w:rPr>
          <w:b w:val="0"/>
          <w:sz w:val="20"/>
        </w:rPr>
        <w:t>- La supervision des équipes et la gestion des ressources humaines.</w:t>
      </w:r>
    </w:p>
    <w:p/>
    <w:p>
      <w:r>
        <w:rPr>
          <w:b/>
          <w:sz w:val="20"/>
        </w:rPr>
        <w:t>Article 2 – Durée du contrat</w:t>
      </w:r>
    </w:p>
    <w:p>
      <w:r>
        <w:rPr>
          <w:b w:val="0"/>
          <w:sz w:val="20"/>
        </w:rPr>
        <w:t>Le présent contrat est conclu pour une durée indéterminée à compter de la date de prise de fonction effective.</w:t>
      </w:r>
    </w:p>
    <w:p/>
    <w:p>
      <w:r>
        <w:rPr>
          <w:b/>
          <w:sz w:val="20"/>
        </w:rPr>
        <w:t>Article 3 – Période d’essai</w:t>
      </w:r>
    </w:p>
    <w:p>
      <w:r>
        <w:rPr>
          <w:b w:val="0"/>
          <w:sz w:val="20"/>
        </w:rPr>
        <w:t>Le Salarié est soumis à une période d’essai de trois (3) mois renouvelable une fois, durant laquelle chacune des parties pourra mettre fin au contrat sans préavis ni indemnité.</w:t>
      </w:r>
    </w:p>
    <w:p/>
    <w:p>
      <w:r>
        <w:rPr>
          <w:b/>
          <w:sz w:val="20"/>
        </w:rPr>
        <w:t>Article 4 – Rémunération</w:t>
      </w:r>
    </w:p>
    <w:p>
      <w:r>
        <w:rPr>
          <w:b w:val="0"/>
          <w:sz w:val="20"/>
        </w:rPr>
        <w:t>Le Salarié percevra une rémunération brute mensuelle de ___________________ euros, payable mensuellement à terme échu.</w:t>
      </w:r>
    </w:p>
    <w:p>
      <w:r>
        <w:rPr>
          <w:b w:val="0"/>
          <w:sz w:val="20"/>
        </w:rPr>
        <w:t>Cette rémunération pourra être révisée annuellement en fonction des résultats de la société et des performances du Salarié.</w:t>
      </w:r>
    </w:p>
    <w:p>
      <w:r>
        <w:rPr>
          <w:b w:val="0"/>
          <w:sz w:val="20"/>
        </w:rPr>
        <w:t>Des primes et avantages complémentaires peuvent être accordés conformément aux dispositions internes de l’Employeur.</w:t>
      </w:r>
    </w:p>
    <w:p/>
    <w:p>
      <w:r>
        <w:rPr>
          <w:b/>
          <w:sz w:val="20"/>
        </w:rPr>
        <w:t>Article 5 – Temps de travail</w:t>
      </w:r>
    </w:p>
    <w:p>
      <w:r>
        <w:rPr>
          <w:b w:val="0"/>
          <w:sz w:val="20"/>
        </w:rPr>
        <w:t>Le Salarié exercera ses fonctions à temps complet. En sa qualité de cadre dirigeant, il n’est pas soumis aux dispositions légales relatives à la durée du travail.</w:t>
      </w:r>
    </w:p>
    <w:p/>
    <w:p>
      <w:r>
        <w:rPr>
          <w:b/>
          <w:sz w:val="20"/>
        </w:rPr>
        <w:t>Article 6 – Lieu de travail</w:t>
      </w:r>
    </w:p>
    <w:p>
      <w:r>
        <w:rPr>
          <w:b w:val="0"/>
          <w:sz w:val="20"/>
        </w:rPr>
        <w:t>Le lieu principal d’exercice des fonctions est situé au siège social de la société. Des déplacements pourront être nécessaires en fonction des besoins de l’activité.</w:t>
      </w:r>
    </w:p>
    <w:p/>
    <w:p>
      <w:r>
        <w:rPr>
          <w:b/>
          <w:sz w:val="20"/>
        </w:rPr>
        <w:t>Article 7 – Obligations de confidentialité</w:t>
      </w:r>
    </w:p>
    <w:p>
      <w:r>
        <w:rPr>
          <w:b w:val="0"/>
          <w:sz w:val="20"/>
        </w:rPr>
        <w:t>Le Salarié s’engage à garder strictement confidentielles toutes les informations dont il aura connaissance dans le cadre de ses fonctions, et ce pendant la durée du contrat ainsi qu’après sa cessation.</w:t>
      </w:r>
    </w:p>
    <w:p/>
    <w:p>
      <w:r>
        <w:rPr>
          <w:b/>
          <w:sz w:val="20"/>
        </w:rPr>
        <w:t>Article 8 – Clause de non-concurrence</w:t>
      </w:r>
    </w:p>
    <w:p>
      <w:r>
        <w:rPr>
          <w:b w:val="0"/>
          <w:sz w:val="20"/>
        </w:rPr>
        <w:t>Pendant une durée de douze (12) mois suivant la cessation du présent contrat, le Salarié s’interdit d’exercer toute activité concurrente susceptible de porter préjudice à l’Employeur.</w:t>
      </w:r>
    </w:p>
    <w:p>
      <w:r>
        <w:rPr>
          <w:b w:val="0"/>
          <w:sz w:val="20"/>
        </w:rPr>
        <w:t>Cette clause est valable dans le territoire suivant : _________________________________.</w:t>
      </w:r>
    </w:p>
    <w:p>
      <w:r>
        <w:rPr>
          <w:b w:val="0"/>
          <w:sz w:val="20"/>
        </w:rPr>
        <w:t>En contrepartie, une indemnité mensuelle égale à 30% de la dernière rémunération brute sera versée au Salarié.</w:t>
      </w:r>
    </w:p>
    <w:p/>
    <w:p>
      <w:r>
        <w:rPr>
          <w:b/>
          <w:sz w:val="20"/>
        </w:rPr>
        <w:t>Article 9 – Propriété intellectuelle</w:t>
      </w:r>
    </w:p>
    <w:p>
      <w:r>
        <w:rPr>
          <w:b w:val="0"/>
          <w:sz w:val="20"/>
        </w:rPr>
        <w:t>Toutes les créations, inventions, améliorations ou innovations réalisées par le Salarié dans le cadre de ses fonctions appartiennent exclusivement à l’Employeur.</w:t>
      </w:r>
    </w:p>
    <w:p/>
    <w:p>
      <w:r>
        <w:rPr>
          <w:b/>
          <w:sz w:val="20"/>
        </w:rPr>
        <w:t>Article 10 – Vacances et congés</w:t>
      </w:r>
    </w:p>
    <w:p>
      <w:r>
        <w:rPr>
          <w:b w:val="0"/>
          <w:sz w:val="20"/>
        </w:rPr>
        <w:t>Le Salarié bénéficiera des congés payés légaux et des éventuelles conventions applicables à la société.</w:t>
      </w:r>
    </w:p>
    <w:p/>
    <w:p>
      <w:r>
        <w:rPr>
          <w:b/>
          <w:sz w:val="20"/>
        </w:rPr>
        <w:t>Article 11 – Résiliation</w:t>
      </w:r>
    </w:p>
    <w:p>
      <w:r>
        <w:rPr>
          <w:b w:val="0"/>
          <w:sz w:val="20"/>
        </w:rPr>
        <w:t>Le contrat pourra être résilié conformément aux dispositions du Code du travail et aux stipulations conventionnelles applicables.</w:t>
      </w:r>
    </w:p>
    <w:p>
      <w:r>
        <w:rPr>
          <w:b w:val="0"/>
          <w:sz w:val="20"/>
        </w:rPr>
        <w:t>Le Salarié bénéficiera des préavis et indemnités prévus par la loi ou la convention collective.</w:t>
      </w:r>
    </w:p>
    <w:p/>
    <w:p>
      <w:r>
        <w:rPr>
          <w:b/>
          <w:sz w:val="20"/>
        </w:rPr>
        <w:t>Article 12 – Litiges</w:t>
      </w:r>
    </w:p>
    <w:p>
      <w:r>
        <w:rPr>
          <w:b w:val="0"/>
          <w:sz w:val="20"/>
        </w:rPr>
        <w:t>Tout différend relatif à l’interprétation ou à l’exécution du présent contrat sera soumis aux tribunaux compétents dans le ressort du siège social de l’Employeur.</w:t>
      </w:r>
    </w:p>
    <w:p/>
    <w:p/>
    <w:p>
      <w:r>
        <w:rPr>
          <w:b w:val="0"/>
          <w:sz w:val="20"/>
        </w:rPr>
        <w:t>Lieu de signature : _________________________________________</w:t>
      </w:r>
    </w:p>
    <w:p>
      <w:r>
        <w:rPr>
          <w:b w:val="0"/>
          <w:sz w:val="20"/>
        </w:rPr>
        <w:t>Date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L'EMPLOYEUR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DIRECTEUR GÉNÉRAL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https://juridique-travail.com/contrat-de-travail-directeur-general/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contrat-de-travail-directeur-general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