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 DE TRAVAIL COMMERCIAL</w:t>
      </w:r>
    </w:p>
    <w:p/>
    <w:p>
      <w:r>
        <w:rPr>
          <w:b/>
          <w:sz w:val="20"/>
        </w:rPr>
        <w:t>Entre les soussignés :</w:t>
      </w:r>
    </w:p>
    <w:p>
      <w:r>
        <w:rPr>
          <w:b w:val="0"/>
          <w:sz w:val="20"/>
        </w:rPr>
        <w:t>Employeur : _________________________________________________________________</w:t>
      </w:r>
    </w:p>
    <w:p>
      <w:r>
        <w:rPr>
          <w:b w:val="0"/>
          <w:sz w:val="20"/>
        </w:rPr>
        <w:t>Adresse : _____________________________________________________________________</w:t>
      </w:r>
    </w:p>
    <w:p>
      <w:r>
        <w:rPr>
          <w:b w:val="0"/>
          <w:sz w:val="20"/>
        </w:rPr>
        <w:t>Représenté par : ______________________________________________________________</w:t>
      </w:r>
    </w:p>
    <w:p/>
    <w:p>
      <w:r>
        <w:rPr>
          <w:b w:val="0"/>
          <w:sz w:val="20"/>
        </w:rPr>
        <w:t>Salarié(e) : _________________________________________________________________</w:t>
      </w:r>
    </w:p>
    <w:p>
      <w:r>
        <w:rPr>
          <w:b w:val="0"/>
          <w:sz w:val="20"/>
        </w:rPr>
        <w:t>Adresse : _____________________________________________________________________</w:t>
      </w:r>
    </w:p>
    <w:p>
      <w:r>
        <w:rPr>
          <w:b w:val="0"/>
          <w:sz w:val="20"/>
        </w:rPr>
        <w:t>Né(e) le : _______________ à _____________________________</w:t>
      </w:r>
    </w:p>
    <w:p>
      <w:r>
        <w:rPr>
          <w:b w:val="0"/>
          <w:sz w:val="20"/>
        </w:rPr>
        <w:t>Nº de sécurité sociale : ____________________________________</w:t>
      </w:r>
    </w:p>
    <w:p/>
    <w:p>
      <w:r>
        <w:rPr>
          <w:b/>
          <w:sz w:val="20"/>
        </w:rPr>
        <w:t>Préambule</w:t>
      </w:r>
    </w:p>
    <w:p>
      <w:r>
        <w:rPr>
          <w:b w:val="0"/>
          <w:sz w:val="20"/>
        </w:rPr>
        <w:t>Le présent contrat est conclu conformément aux dispositions du Code du travail français et aux conventions collectives applicables au secteur commercial. Le salarié est engagé en qualité de commercial pour exercer les missions définies ci-après.</w:t>
      </w:r>
    </w:p>
    <w:p/>
    <w:p>
      <w:r>
        <w:rPr>
          <w:b/>
          <w:sz w:val="20"/>
        </w:rPr>
        <w:t>Article 1 – Objet du contrat</w:t>
      </w:r>
    </w:p>
    <w:p>
      <w:r>
        <w:rPr>
          <w:b w:val="0"/>
          <w:sz w:val="20"/>
        </w:rPr>
        <w:t>L'Employeur engage le Salarié en qualité de commercial. Le Salarié s'engage à exercer les fonctions de prospection, de négociation et de suivi commercial conformément aux directives de l'Employeur.</w:t>
      </w:r>
    </w:p>
    <w:p/>
    <w:p>
      <w:r>
        <w:rPr>
          <w:b/>
          <w:sz w:val="20"/>
        </w:rPr>
        <w:t>Article 2 – Durée du contrat</w:t>
      </w:r>
    </w:p>
    <w:p>
      <w:r>
        <w:rPr>
          <w:b w:val="0"/>
          <w:sz w:val="20"/>
        </w:rPr>
        <w:t>Le présent contrat est conclu pour une durée indéterminée. Le Salarié commencera son activité à compter de la date de signature du présent contrat.</w:t>
      </w:r>
    </w:p>
    <w:p/>
    <w:p>
      <w:r>
        <w:rPr>
          <w:b/>
          <w:sz w:val="20"/>
        </w:rPr>
        <w:t>Article 3 – Période d’essai</w:t>
      </w:r>
    </w:p>
    <w:p>
      <w:r>
        <w:rPr>
          <w:b w:val="0"/>
          <w:sz w:val="20"/>
        </w:rPr>
        <w:t>Une période d’essai de __________ mois est prévue, renouvelable une fois dans les conditions légales en vigueur, permettant à chacune des parties de rompre le contrat sans indemnité.</w:t>
      </w:r>
    </w:p>
    <w:p/>
    <w:p>
      <w:r>
        <w:rPr>
          <w:b/>
          <w:sz w:val="20"/>
        </w:rPr>
        <w:t>Article 4 – Lieu de travail</w:t>
      </w:r>
    </w:p>
    <w:p>
      <w:r>
        <w:rPr>
          <w:b w:val="0"/>
          <w:sz w:val="20"/>
        </w:rPr>
        <w:t>Le Salarié exercera principalement ses fonctions à l’adresse suivante : ________________________. Toutefois, il pourra être amené à se déplacer sur l’ensemble du territoire français selon les besoins.</w:t>
      </w:r>
    </w:p>
    <w:p/>
    <w:p>
      <w:r>
        <w:rPr>
          <w:b/>
          <w:sz w:val="20"/>
        </w:rPr>
        <w:t>Article 5 – Rémunération</w:t>
      </w:r>
    </w:p>
    <w:p>
      <w:r>
        <w:rPr>
          <w:b w:val="0"/>
          <w:sz w:val="20"/>
        </w:rPr>
        <w:t>Le Salarié percevra une rémunération composée d’un salaire fixe mensuel brut de __________ EUR et d’une rémunération variable liée aux résultats commerciaux, selon le barème annexé au présent contrat.</w:t>
      </w:r>
    </w:p>
    <w:p>
      <w:r>
        <w:rPr>
          <w:b w:val="0"/>
          <w:sz w:val="20"/>
        </w:rPr>
        <w:t>Le salaire fixe sera versé mensuellement, à terme échu, par virement bancaire.</w:t>
      </w:r>
    </w:p>
    <w:p/>
    <w:p>
      <w:r>
        <w:rPr>
          <w:b/>
          <w:sz w:val="20"/>
        </w:rPr>
        <w:t>Article 6 – Horaires de travail</w:t>
      </w:r>
    </w:p>
    <w:p>
      <w:r>
        <w:rPr>
          <w:b w:val="0"/>
          <w:sz w:val="20"/>
        </w:rPr>
        <w:t>Le Salarié exercera son activité selon un horaire modulable, tenant compte de la nature de la fonction commerciale. La durée hebdomadaire de travail est fixée à __________ heures, conformément à la législation en vigueur.</w:t>
      </w:r>
    </w:p>
    <w:p/>
    <w:p>
      <w:r>
        <w:rPr>
          <w:b/>
          <w:sz w:val="20"/>
        </w:rPr>
        <w:t>Article 7 – Obligations et devoirs du salarié</w:t>
      </w:r>
    </w:p>
    <w:p>
      <w:r>
        <w:rPr>
          <w:b w:val="0"/>
          <w:sz w:val="20"/>
        </w:rPr>
        <w:t>Le Salarié s’engage à exécuter consciencieusement ses tâches, à respecter les consignes de l’Employeur, à préserver la confidentialité des informations, à respecter les règles de déontologie et à agir avec loyauté.</w:t>
      </w:r>
    </w:p>
    <w:p/>
    <w:p>
      <w:r>
        <w:rPr>
          <w:b/>
          <w:sz w:val="20"/>
        </w:rPr>
        <w:t>Article 8 – Confidentialité</w:t>
      </w:r>
    </w:p>
    <w:p>
      <w:r>
        <w:rPr>
          <w:b w:val="0"/>
          <w:sz w:val="20"/>
        </w:rPr>
        <w:t>Le Salarié s’engage à ne divulguer aucune information confidentielle dont il pourrait avoir connaissance dans l’exercice de ses fonctions, pendant la durée du contrat et après sa cessation.</w:t>
      </w:r>
    </w:p>
    <w:p/>
    <w:p>
      <w:r>
        <w:rPr>
          <w:b/>
          <w:sz w:val="20"/>
        </w:rPr>
        <w:t>Article 9 – Propriété intellectuelle</w:t>
      </w:r>
    </w:p>
    <w:p>
      <w:r>
        <w:rPr>
          <w:b w:val="0"/>
          <w:sz w:val="20"/>
        </w:rPr>
        <w:t>Les travaux, documents et rapports réalisés dans le cadre de l’exécution du contrat sont la propriété exclusive de l’Employeur.</w:t>
      </w:r>
    </w:p>
    <w:p/>
    <w:p>
      <w:r>
        <w:rPr>
          <w:b/>
          <w:sz w:val="20"/>
        </w:rPr>
        <w:t>Article 10 – Clause de non-concurrence</w:t>
      </w:r>
    </w:p>
    <w:p>
      <w:r>
        <w:rPr>
          <w:b w:val="0"/>
          <w:sz w:val="20"/>
        </w:rPr>
        <w:t>Pendant une durée de _____ mois suivant la cessation du contrat, le Salarié s’interdit d’exercer une activité concurrente susceptible de porter préjudice à l’Employeur, dans la zone géographique suivante : _______________.</w:t>
      </w:r>
    </w:p>
    <w:p>
      <w:r>
        <w:rPr>
          <w:b w:val="0"/>
          <w:sz w:val="20"/>
        </w:rPr>
        <w:t>Cette clause donnera lieu au versement d’une contrepartie financière dont le montant est fixé à ______ EUR par mois.</w:t>
      </w:r>
    </w:p>
    <w:p/>
    <w:p>
      <w:r>
        <w:rPr>
          <w:b/>
          <w:sz w:val="20"/>
        </w:rPr>
        <w:t>Article 11 – Congés</w:t>
      </w:r>
    </w:p>
    <w:p>
      <w:r>
        <w:rPr>
          <w:b w:val="0"/>
          <w:sz w:val="20"/>
        </w:rPr>
        <w:t>Le Salarié bénéficiera des congés payés légaux et des congés conventionnels selon la législation en vigueur et les accords collectifs applicables.</w:t>
      </w:r>
    </w:p>
    <w:p/>
    <w:p>
      <w:r>
        <w:rPr>
          <w:b/>
          <w:sz w:val="20"/>
        </w:rPr>
        <w:t>Article 12 – Rupture du contrat</w:t>
      </w:r>
    </w:p>
    <w:p>
      <w:r>
        <w:rPr>
          <w:b w:val="0"/>
          <w:sz w:val="20"/>
        </w:rPr>
        <w:t>La rupture du présent contrat pourra intervenir selon les modalités prévues par le Code du travail, notamment par démission, licenciement, rupture conventionnelle ou force majeure.</w:t>
      </w:r>
    </w:p>
    <w:p>
      <w:r>
        <w:rPr>
          <w:b w:val="0"/>
          <w:sz w:val="20"/>
        </w:rPr>
        <w:t>Le préavis applicable sera celui défini par la convention collective ou, à défaut, par la loi.</w:t>
      </w:r>
    </w:p>
    <w:p/>
    <w:p>
      <w:r>
        <w:rPr>
          <w:b/>
          <w:sz w:val="20"/>
        </w:rPr>
        <w:t>Article 13 – Formation professionnelle</w:t>
      </w:r>
    </w:p>
    <w:p>
      <w:r>
        <w:rPr>
          <w:b w:val="0"/>
          <w:sz w:val="20"/>
        </w:rPr>
        <w:t>L’Employeur veillera à permettre au Salarié d’accéder aux actions de formation professionnelle conformément aux dispositions légales et conventionnelles.</w:t>
      </w:r>
    </w:p>
    <w:p/>
    <w:p>
      <w:r>
        <w:rPr>
          <w:b/>
          <w:sz w:val="20"/>
        </w:rPr>
        <w:t>Article 14 – Santé et sécurité</w:t>
      </w:r>
    </w:p>
    <w:p>
      <w:r>
        <w:rPr>
          <w:b w:val="0"/>
          <w:sz w:val="20"/>
        </w:rPr>
        <w:t>Le Salarié s’engage à respecter les consignes en matière de santé et sécurité au travail et à informer l’Employeur de toute situation présentant un risque.</w:t>
      </w:r>
    </w:p>
    <w:p/>
    <w:p>
      <w:r>
        <w:rPr>
          <w:b/>
          <w:sz w:val="20"/>
        </w:rPr>
        <w:t>Article 15 – Modifications du contrat</w:t>
      </w:r>
    </w:p>
    <w:p>
      <w:r>
        <w:rPr>
          <w:b w:val="0"/>
          <w:sz w:val="20"/>
        </w:rPr>
        <w:t>Toute modification des conditions du présent contrat devra faire l’objet d’un avenant écrit signé par les deux parties.</w:t>
      </w:r>
    </w:p>
    <w:p/>
    <w:p>
      <w:r>
        <w:rPr>
          <w:b/>
          <w:sz w:val="20"/>
        </w:rPr>
        <w:t>Article 16 – Litiges</w:t>
      </w:r>
    </w:p>
    <w:p>
      <w:r>
        <w:rPr>
          <w:b w:val="0"/>
          <w:sz w:val="20"/>
        </w:rPr>
        <w:t>En cas de litige relatif à l’interprétation ou à l’exécution du présent contrat, les parties s’efforceront de trouver une solution amiable. À défaut, les tribunaux compétents selon le droit français seront saisis.</w:t>
      </w:r>
    </w:p>
    <w:p/>
    <w:p/>
    <w:p>
      <w:r>
        <w:rPr>
          <w:b w:val="0"/>
          <w:sz w:val="20"/>
        </w:rPr>
        <w:t>Lieu de signature : 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EMPLOYEUR</w:t>
            </w:r>
          </w:p>
        </w:tc>
        <w:tc>
          <w:tcPr>
            <w:tcW w:type="dxa" w:w="4986"/>
            <w:tcBorders>
              <w:top w:val="nil"/>
              <w:left w:val="nil"/>
              <w:bottom w:val="nil"/>
              <w:right w:val="nil"/>
              <w:insideH w:val="nil"/>
              <w:insideV w:val="nil"/>
            </w:tcBorders>
          </w:tcPr>
          <w:p>
            <w:pPr>
              <w:jc w:val="center"/>
            </w:pPr>
            <w:r>
              <w:t>SALARIÉ(E)</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https://juridique-travail.com/contrat-de-travail-commercial/</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https://juridique-travail.com</w:t>
        </w:r>
      </w:hyperlink>
    </w:p>
    <w:p>
      <w:pPr>
        <w:jc w:val="center"/>
      </w:pPr>
      <w:r>
        <w:rPr>
          <w:color w:val="808080"/>
          <w:sz w:val="20"/>
        </w:rPr>
        <w:t>Ce modèle est destiné exclusivement à un usage personnel et non commercial.</w:t>
        <w:br/>
        <w:t>Toute diffusion ou publication doit obligatoirement mentionner la source. © juridique-travail.com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travail.com/contrat-de-travail-commercial/" TargetMode="External"/><Relationship Id="rId10" Type="http://schemas.openxmlformats.org/officeDocument/2006/relationships/hyperlink" Target="https://juridique-trav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