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DE CUMUL EMPLOI RETRAITE</w:t>
      </w:r>
    </w:p>
    <w:p/>
    <w:p/>
    <w:p>
      <w:r>
        <w:rPr>
          <w:b/>
          <w:sz w:val="20"/>
        </w:rPr>
        <w:t>Entre les soussignés :</w:t>
      </w:r>
    </w:p>
    <w:p>
      <w:r>
        <w:rPr>
          <w:b/>
          <w:sz w:val="20"/>
        </w:rPr>
        <w:t>L’Employeur :</w:t>
      </w:r>
    </w:p>
    <w:p>
      <w:r>
        <w:rPr>
          <w:b w:val="0"/>
          <w:sz w:val="20"/>
        </w:rPr>
        <w:t>Raison sociale : __________________________________________________________</w:t>
      </w:r>
    </w:p>
    <w:p>
      <w:r>
        <w:rPr>
          <w:b w:val="0"/>
          <w:sz w:val="20"/>
        </w:rPr>
        <w:t>Adresse du siège social : _________________________________________________</w:t>
      </w:r>
    </w:p>
    <w:p>
      <w:r>
        <w:rPr>
          <w:b w:val="0"/>
          <w:sz w:val="20"/>
        </w:rPr>
        <w:t>SIRET : _________________________________________________________________</w:t>
      </w:r>
    </w:p>
    <w:p>
      <w:r>
        <w:rPr>
          <w:b w:val="0"/>
          <w:sz w:val="20"/>
        </w:rPr>
        <w:t>Représenté par : _________________________________________________________</w:t>
      </w:r>
    </w:p>
    <w:p>
      <w:r>
        <w:rPr>
          <w:b w:val="0"/>
          <w:sz w:val="20"/>
        </w:rPr>
        <w:t>Fonction : _______________________________________________________________</w:t>
      </w:r>
    </w:p>
    <w:p/>
    <w:p>
      <w:r>
        <w:rPr>
          <w:b/>
          <w:sz w:val="20"/>
        </w:rPr>
        <w:t>Le Salarié Retraité :</w:t>
      </w:r>
    </w:p>
    <w:p>
      <w:r>
        <w:rPr>
          <w:b w:val="0"/>
          <w:sz w:val="20"/>
        </w:rPr>
        <w:t>Nom et prénom : __________________________________________________________</w:t>
      </w:r>
    </w:p>
    <w:p>
      <w:r>
        <w:rPr>
          <w:b w:val="0"/>
          <w:sz w:val="20"/>
        </w:rPr>
        <w:t>Adresse : ________________________________________________________________</w:t>
      </w:r>
    </w:p>
    <w:p>
      <w:r>
        <w:rPr>
          <w:b w:val="0"/>
          <w:sz w:val="20"/>
        </w:rPr>
        <w:t>N° de sécurité sociale : _________________________________________________</w:t>
      </w:r>
    </w:p>
    <w:p>
      <w:r>
        <w:rPr>
          <w:b w:val="0"/>
          <w:sz w:val="20"/>
        </w:rPr>
        <w:t>Date de naissance : ______________________________________________________</w:t>
      </w:r>
    </w:p>
    <w:p>
      <w:r>
        <w:rPr>
          <w:b w:val="0"/>
          <w:sz w:val="20"/>
        </w:rPr>
        <w:t>Retraite accordée par : ___________________________________________________</w:t>
      </w:r>
    </w:p>
    <w:p/>
    <w:p>
      <w:r>
        <w:rPr>
          <w:b/>
          <w:sz w:val="20"/>
        </w:rPr>
        <w:t>Préambule :</w:t>
      </w:r>
    </w:p>
    <w:p>
      <w:r>
        <w:rPr>
          <w:b w:val="0"/>
          <w:sz w:val="20"/>
        </w:rPr>
        <w:t>Le présent contrat a pour objet de fixer les conditions du cumul emploi-retraite conformément aux dispositions légales en vigueur en France. Le Salarié Retraité souhaite reprendre une activité professionnelle tout en percevant sa pension de retraite, sous réserve du respect des règles relatives au cumul.</w:t>
      </w:r>
    </w:p>
    <w:p/>
    <w:p>
      <w:r>
        <w:rPr>
          <w:b/>
          <w:sz w:val="20"/>
        </w:rPr>
        <w:t>Article 1 – Objet du contrat</w:t>
      </w:r>
    </w:p>
    <w:p>
      <w:r>
        <w:rPr>
          <w:b w:val="0"/>
          <w:sz w:val="20"/>
        </w:rPr>
        <w:t>Le présent contrat définit la reprise d’activité du Salarié Retraité au sein de l’entreprise en cumul avec sa pension de retraite. Il précise les modalités d’exécution, les obligations des parties et les conditions spécifiques liées au cumul emploi-retraite.</w:t>
      </w:r>
    </w:p>
    <w:p/>
    <w:p>
      <w:r>
        <w:rPr>
          <w:b/>
          <w:sz w:val="20"/>
        </w:rPr>
        <w:t>Article 2 – Durée du contrat</w:t>
      </w:r>
    </w:p>
    <w:p>
      <w:r>
        <w:rPr>
          <w:b w:val="0"/>
          <w:sz w:val="20"/>
        </w:rPr>
        <w:t>Le contrat est conclu pour une durée indéterminée/déterminée (rayer la mention inutile). En cas de durée déterminée, la période est fixée du _______ au _______. Le contrat pourra être renouvelé par accord écrit des deux parties.</w:t>
      </w:r>
    </w:p>
    <w:p/>
    <w:p>
      <w:r>
        <w:rPr>
          <w:b/>
          <w:sz w:val="20"/>
        </w:rPr>
        <w:t>Article 3 – Fonction et missions</w:t>
      </w:r>
    </w:p>
    <w:p>
      <w:r>
        <w:rPr>
          <w:b w:val="0"/>
          <w:sz w:val="20"/>
        </w:rPr>
        <w:t>Le Salarié Retraité exercera les fonctions suivantes : _________________________________________________________________. Il s’engage à accomplir les missions qui lui seront confiées conformément aux directives de l’Employeur et dans le respect des règles applicables à l’entreprise.</w:t>
      </w:r>
    </w:p>
    <w:p/>
    <w:p>
      <w:r>
        <w:rPr>
          <w:b/>
          <w:sz w:val="20"/>
        </w:rPr>
        <w:t>Article 4 – Durée du travail</w:t>
      </w:r>
    </w:p>
    <w:p>
      <w:r>
        <w:rPr>
          <w:b w:val="0"/>
          <w:sz w:val="20"/>
        </w:rPr>
        <w:t>La durée de travail est fixée à _______ heures par semaine/mois (rayer la mention inutile). Cette durée respecte les limites fixées par la réglementation applicable au cumul emploi-retraite, notamment en matière de plafonds de revenus et de temps de travail.</w:t>
      </w:r>
    </w:p>
    <w:p/>
    <w:p>
      <w:r>
        <w:rPr>
          <w:b/>
          <w:sz w:val="20"/>
        </w:rPr>
        <w:t>Article 5 – Rémunération</w:t>
      </w:r>
    </w:p>
    <w:p>
      <w:r>
        <w:rPr>
          <w:b w:val="0"/>
          <w:sz w:val="20"/>
        </w:rPr>
        <w:t>Le Salarié Retraité percevra une rémunération brute mensuelle de _______ EUR, payable selon les modalités habituelles de l’entreprise. Cette rémunération est compatible avec le maintien ou la reprise de la pension de retraite, dans le respect de la législation en vigueur.</w:t>
      </w:r>
    </w:p>
    <w:p/>
    <w:p>
      <w:r>
        <w:rPr>
          <w:b/>
          <w:sz w:val="20"/>
        </w:rPr>
        <w:t>Article 6 – Obligations de l’employeur</w:t>
      </w:r>
    </w:p>
    <w:p>
      <w:r>
        <w:rPr>
          <w:b w:val="0"/>
          <w:sz w:val="20"/>
        </w:rPr>
        <w:t>L’Employeur s’engage à respecter les dispositions légales relatives au cumul emploi-retraite, notamment à ne pas dépasser les seuils de plafond de revenus et à déclarer l’activité auprès des organismes sociaux compétents. Il garantit au Salarié Retraité un environnement de travail conforme aux normes de sécurité et de santé au travail.</w:t>
      </w:r>
    </w:p>
    <w:p/>
    <w:p>
      <w:r>
        <w:rPr>
          <w:b/>
          <w:sz w:val="20"/>
        </w:rPr>
        <w:t>Article 7 – Obligations du Salarié Retraité</w:t>
      </w:r>
    </w:p>
    <w:p>
      <w:r>
        <w:rPr>
          <w:b w:val="0"/>
          <w:sz w:val="20"/>
        </w:rPr>
        <w:t>Le Salarié Retraité déclare avoir informé son organisme de retraite de la reprise d’activité. Il s’engage à respecter les horaires fixés, les consignes de l’Employeur, ainsi que les obligations liées au cumul emploi-retraite, notamment en matière de plafonds et de transparence.</w:t>
      </w:r>
    </w:p>
    <w:p/>
    <w:p>
      <w:r>
        <w:rPr>
          <w:b/>
          <w:sz w:val="20"/>
        </w:rPr>
        <w:t>Article 8 – Protection sociale</w:t>
      </w:r>
    </w:p>
    <w:p>
      <w:r>
        <w:rPr>
          <w:b w:val="0"/>
          <w:sz w:val="20"/>
        </w:rPr>
        <w:t>Le Salarié Retraité bénéficie de la couverture sociale liée à son activité salariée, conformément aux règles en vigueur. L’Employeur procédera aux déclarations sociales obligatoires et au paiement des cotisations correspondantes. Les droits à la retraite acquis antérieurement ne sont pas affectés par la reprise d’activité.</w:t>
      </w:r>
    </w:p>
    <w:p/>
    <w:p>
      <w:r>
        <w:rPr>
          <w:b/>
          <w:sz w:val="20"/>
        </w:rPr>
        <w:t>Article 9 – Confidentialité</w:t>
      </w:r>
    </w:p>
    <w:p>
      <w:r>
        <w:rPr>
          <w:b w:val="0"/>
          <w:sz w:val="20"/>
        </w:rPr>
        <w:t>Le Salarié Retraité s’engage à respecter la confidentialité des informations dont il pourrait avoir connaissance dans le cadre de son activité professionnelle, pendant la durée du contrat et après son expiration.</w:t>
      </w:r>
    </w:p>
    <w:p/>
    <w:p>
      <w:r>
        <w:rPr>
          <w:b/>
          <w:sz w:val="20"/>
        </w:rPr>
        <w:t>Article 10 – Résiliation</w:t>
      </w:r>
    </w:p>
    <w:p>
      <w:r>
        <w:rPr>
          <w:b w:val="0"/>
          <w:sz w:val="20"/>
        </w:rPr>
        <w:t>Le présent contrat peut être résilié à tout moment par l’une ou l’autre des parties, sous réserve du respect d’un préavis de _______ jours. La résiliation devra être notifiée par écrit. En cas de manquement grave aux obligations contractuelles, la résiliation pourra être immédiate.</w:t>
      </w:r>
    </w:p>
    <w:p/>
    <w:p>
      <w:r>
        <w:rPr>
          <w:b/>
          <w:sz w:val="20"/>
        </w:rPr>
        <w:t>Article 11 – Litiges</w:t>
      </w:r>
    </w:p>
    <w:p>
      <w:r>
        <w:rPr>
          <w:b w:val="0"/>
          <w:sz w:val="20"/>
        </w:rPr>
        <w:t>Tout différend relatif à l’interprétation ou à l’exécution du présent contrat sera soumis au tribunal compétent dans le ressort du siège social de l’Employeur. Les parties s’engagent à privilégier la résolution amiable avant toute procédure judiciaire.</w:t>
      </w:r>
    </w:p>
    <w:p/>
    <w:p/>
    <w:p>
      <w:r>
        <w:rPr>
          <w:b w:val="0"/>
          <w:sz w:val="20"/>
        </w:rPr>
        <w:t>Lieu de signature : 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L’EMPLOYEUR</w:t>
            </w:r>
          </w:p>
        </w:tc>
        <w:tc>
          <w:tcPr>
            <w:tcW w:type="dxa" w:w="4986"/>
            <w:tcBorders>
              <w:top w:val="nil"/>
              <w:left w:val="nil"/>
              <w:bottom w:val="nil"/>
              <w:right w:val="nil"/>
              <w:insideH w:val="nil"/>
              <w:insideV w:val="nil"/>
            </w:tcBorders>
          </w:tcPr>
          <w:p>
            <w:pPr>
              <w:jc w:val="center"/>
            </w:pPr>
            <w:r>
              <w:t>LE SALARIÉ RETRAITÉ</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et fonction : ____________________________________________</w:t>
            </w:r>
          </w:p>
        </w:tc>
        <w:tc>
          <w:tcPr>
            <w:tcW w:type="dxa" w:w="4986"/>
            <w:tcBorders>
              <w:top w:val="nil"/>
              <w:left w:val="nil"/>
              <w:bottom w:val="nil"/>
              <w:right w:val="nil"/>
              <w:insideH w:val="nil"/>
              <w:insideV w:val="nil"/>
            </w:tcBorders>
          </w:tcPr>
          <w:p>
            <w:pPr>
              <w:jc w:val="center"/>
            </w:pPr>
            <w:r>
              <w:t>Nom : ________________________________________________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https://juridique-travail.com/contrat-cumul-emploi-retraite/</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contrat-cumul-emploi-retraite/"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