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CANDIDATURE SPONTANÉE - POSTE DE SECRÉTAIRE</w:t>
      </w:r>
    </w:p>
    <w:p/>
    <w:p/>
    <w:p>
      <w:r>
        <w:rPr>
          <w:b/>
          <w:sz w:val="20"/>
        </w:rPr>
        <w:t>Coordonnées du candidat :</w:t>
      </w:r>
    </w:p>
    <w:p>
      <w:r>
        <w:rPr>
          <w:b w:val="0"/>
          <w:sz w:val="20"/>
        </w:rPr>
        <w:t>Nom et Prénom : ___________________________________________________</w:t>
      </w:r>
    </w:p>
    <w:p>
      <w:r>
        <w:rPr>
          <w:b w:val="0"/>
          <w:sz w:val="20"/>
        </w:rPr>
        <w:t>Adresse : _________________________________________________________</w:t>
      </w:r>
    </w:p>
    <w:p>
      <w:r>
        <w:rPr>
          <w:b w:val="0"/>
          <w:sz w:val="20"/>
        </w:rPr>
        <w:t>Téléphone : _______________________________________________________</w:t>
      </w:r>
    </w:p>
    <w:p>
      <w:r>
        <w:rPr>
          <w:b w:val="0"/>
          <w:sz w:val="20"/>
        </w:rPr>
        <w:t>Email : ___________________________________________________________</w:t>
      </w:r>
    </w:p>
    <w:p/>
    <w:p>
      <w:r>
        <w:rPr>
          <w:b/>
          <w:sz w:val="20"/>
        </w:rPr>
        <w:t>Objet :</w:t>
      </w:r>
    </w:p>
    <w:p>
      <w:r>
        <w:rPr>
          <w:b w:val="0"/>
          <w:sz w:val="20"/>
        </w:rPr>
        <w:t>Je me permets de vous adresser ma candidature spontanée pour un poste de secrétaire au sein de votre entreprise. Motivé(e) par l’opportunité de mettre à profit mes compétences organisationnelles et relationnelles, je souhaite contribuer efficacement à votre équipe administrative.</w:t>
      </w:r>
    </w:p>
    <w:p/>
    <w:p>
      <w:r>
        <w:rPr>
          <w:b/>
          <w:sz w:val="20"/>
        </w:rPr>
        <w:t>Présentation :</w:t>
      </w:r>
    </w:p>
    <w:p>
      <w:r>
        <w:rPr>
          <w:b w:val="0"/>
          <w:sz w:val="20"/>
        </w:rPr>
        <w:t>Titulaire d’un diplôme en secrétariat ainsi que d’une expérience significative dans des fonctions similaires, j’ai développé un sens aigu de la rigueur, de la discrétion et de la gestion efficace des priorités. Polyvalent(e) et adaptable, je maîtrise les outils informatiques courants (suite Office, logiciels de gestion) et suis capable d’assurer la gestion des agendas, la rédaction de courriers et la coordination d’activités diverses.</w:t>
      </w:r>
    </w:p>
    <w:p/>
    <w:p>
      <w:r>
        <w:rPr>
          <w:b/>
          <w:sz w:val="20"/>
        </w:rPr>
        <w:t>Motivation :</w:t>
      </w:r>
    </w:p>
    <w:p>
      <w:r>
        <w:rPr>
          <w:b w:val="0"/>
          <w:sz w:val="20"/>
        </w:rPr>
        <w:t>Votre entreprise, reconnue pour son dynamisme et son excellence, constitue un environnement idéal pour exprimer pleinement mes qualités professionnelles. Intégrer votre équipe serait pour moi une opportunité de développement personnel et professionnel, dans un cadre stimulant et exigeant.</w:t>
      </w:r>
    </w:p>
    <w:p/>
    <w:p>
      <w:r>
        <w:rPr>
          <w:b/>
          <w:sz w:val="20"/>
        </w:rPr>
        <w:t>Disponibilité :</w:t>
      </w:r>
    </w:p>
    <w:p>
      <w:r>
        <w:rPr>
          <w:b w:val="0"/>
          <w:sz w:val="20"/>
        </w:rPr>
        <w:t>Je suis disponible immédiatement et reste à votre disposition pour convenir d’un entretien afin d’évoquer plus en détail ma candidature et mes motivations.</w:t>
      </w:r>
    </w:p>
    <w:p/>
    <w:p/>
    <w:p>
      <w:r>
        <w:rPr>
          <w:b/>
          <w:sz w:val="20"/>
        </w:rPr>
        <w:t>Formule de politesse :</w:t>
      </w:r>
    </w:p>
    <w:p>
      <w:r>
        <w:rPr>
          <w:b w:val="0"/>
          <w:sz w:val="20"/>
        </w:rPr>
        <w:t>Je vous prie d’agréer, Madame, Monsieur, l’expression de mes salutations distinguées.</w:t>
      </w:r>
    </w:p>
    <w:p/>
    <w:p/>
    <w:p/>
    <w:p>
      <w:r>
        <w:rPr>
          <w:b/>
          <w:sz w:val="20"/>
        </w:rPr>
        <w:t>Signature :</w:t>
      </w:r>
    </w:p>
    <w:p>
      <w:r>
        <w:rPr>
          <w:b w:val="0"/>
          <w:sz w:val="20"/>
        </w:rPr>
        <w:t>___________________________________________________________</w:t>
      </w:r>
    </w:p>
    <w:p/>
    <w:p/>
    <w:p>
      <w:r>
        <w:rPr>
          <w:b/>
          <w:sz w:val="20"/>
        </w:rPr>
        <w:t>Pièces jointes :</w:t>
      </w:r>
    </w:p>
    <w:p>
      <w:r>
        <w:rPr>
          <w:b w:val="0"/>
          <w:sz w:val="20"/>
        </w:rPr>
        <w:t>Curriculum Vitae</w:t>
      </w:r>
    </w:p>
    <w:p/>
    <w:p/>
    <w:p>
      <w:r>
        <w:rPr>
          <w:b/>
          <w:sz w:val="20"/>
        </w:rPr>
        <w:t>À l’attention de :</w:t>
      </w:r>
    </w:p>
    <w:p>
      <w:r>
        <w:rPr>
          <w:b w:val="0"/>
          <w:sz w:val="20"/>
        </w:rPr>
        <w:t>Nom de l’entreprise : ________________________________________________</w:t>
      </w:r>
    </w:p>
    <w:p>
      <w:r>
        <w:rPr>
          <w:b w:val="0"/>
          <w:sz w:val="20"/>
        </w:rPr>
        <w:t>Service / Département : _____________________________________________</w:t>
      </w:r>
    </w:p>
    <w:p>
      <w:r>
        <w:rPr>
          <w:b w:val="0"/>
          <w:sz w:val="20"/>
        </w:rPr>
        <w:t>Adresse : ___________________________________________________________</w:t>
      </w:r>
    </w:p>
    <w:p>
      <w:r>
        <w:rPr>
          <w:b w:val="0"/>
          <w:sz w:val="20"/>
        </w:rPr>
        <w:t>Code postal et ville : 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Candidat(e)</w:t>
            </w:r>
          </w:p>
        </w:tc>
        <w:tc>
          <w:tcPr>
            <w:tcW w:type="dxa" w:w="4986"/>
            <w:tcBorders>
              <w:top w:val="nil"/>
              <w:left w:val="nil"/>
              <w:bottom w:val="nil"/>
              <w:right w:val="nil"/>
              <w:insideH w:val="nil"/>
              <w:insideV w:val="nil"/>
            </w:tcBorders>
          </w:tcPr>
          <w:p>
            <w:pPr>
              <w:jc w:val="center"/>
            </w:pPr>
            <w:r>
              <w:t>Réception par l’entreprise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https://juridique-travail.com/candidature-spontanee-secretaire/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candidature-spontanee-secretaire/"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