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TRAVAILLEURS ÉTRANGERS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Fonction dans l’entreprise : _________________________________________</w:t>
      </w:r>
    </w:p>
    <w:p>
      <w:r>
        <w:rPr>
          <w:b w:val="0"/>
          <w:sz w:val="20"/>
        </w:rPr>
        <w:t>Entreprise : ________________________________________________________</w:t>
      </w:r>
    </w:p>
    <w:p>
      <w:r>
        <w:rPr>
          <w:b w:val="0"/>
          <w:sz w:val="20"/>
        </w:rPr>
        <w:t>Adresse du siège social : ____________________________________________</w:t>
      </w:r>
    </w:p>
    <w:p>
      <w:r>
        <w:rPr>
          <w:b w:val="0"/>
          <w:sz w:val="20"/>
        </w:rPr>
        <w:t>Numéro SIRET : _____________________________________________________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du/de la salarié(e) étranger(ère) : _____________________</w:t>
      </w:r>
    </w:p>
    <w:p>
      <w:r>
        <w:rPr>
          <w:b w:val="0"/>
          <w:sz w:val="20"/>
        </w:rPr>
        <w:t>Date et lieu de naissance : _________________________________________</w:t>
      </w:r>
    </w:p>
    <w:p>
      <w:r>
        <w:rPr>
          <w:b w:val="0"/>
          <w:sz w:val="20"/>
        </w:rPr>
        <w:t>Nationalité : _______________________________________________________</w:t>
      </w:r>
    </w:p>
    <w:p>
      <w:r>
        <w:rPr>
          <w:b w:val="0"/>
          <w:sz w:val="20"/>
        </w:rPr>
        <w:t>N° de titre de séjour (le cas échéant) : ____________________________</w:t>
      </w:r>
    </w:p>
    <w:p>
      <w:r>
        <w:rPr>
          <w:b w:val="0"/>
          <w:sz w:val="20"/>
        </w:rPr>
        <w:t>Poste occupé dans l’entreprise : _____________________________________</w:t>
      </w:r>
    </w:p>
    <w:p>
      <w:r>
        <w:rPr>
          <w:b w:val="0"/>
          <w:sz w:val="20"/>
        </w:rPr>
        <w:t>Date de début du contrat : __________________________________________</w:t>
      </w:r>
    </w:p>
    <w:p>
      <w:r>
        <w:rPr>
          <w:b w:val="0"/>
          <w:sz w:val="20"/>
        </w:rPr>
        <w:t>Type de contrat : ___________________________________________________</w:t>
      </w:r>
    </w:p>
    <w:p>
      <w:r>
        <w:rPr>
          <w:b w:val="0"/>
          <w:sz w:val="20"/>
        </w:rPr>
        <w:t>Durée hebdomadaire du travail : ____________________________________</w:t>
      </w:r>
    </w:p>
    <w:p/>
    <w:p>
      <w:r>
        <w:rPr>
          <w:b w:val="0"/>
          <w:sz w:val="20"/>
        </w:rPr>
        <w:t>L’entreprise déclare que le/la salarié(e) étranger(ère) occupe effectivement un emploi conforme à la législation française en vigueur, notamment aux dispositions relatives à l’emploi des étrangers en France.</w:t>
      </w:r>
    </w:p>
    <w:p/>
    <w:p>
      <w:r>
        <w:rPr>
          <w:b w:val="0"/>
          <w:sz w:val="20"/>
        </w:rPr>
        <w:t>L’employeur s’engage à respecter les conditions de travail, la rémunération, et les obligations sociales légales applicables à ce poste, ainsi que les règles relatives au contrôle des titres de séjour et à la déclaration de l’embauche auprès des autorités compétentes.</w:t>
      </w:r>
    </w:p>
    <w:p/>
    <w:p>
      <w:r>
        <w:rPr>
          <w:b w:val="0"/>
          <w:sz w:val="20"/>
        </w:rPr>
        <w:t>Observations éventuelles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/>
    <w:p>
      <w:r>
        <w:rPr>
          <w:b w:val="0"/>
          <w:sz w:val="20"/>
        </w:rPr>
        <w:t>Fait pour servir et valoir ce que de droit,</w:t>
      </w:r>
    </w:p>
    <w:p/>
    <w:p/>
    <w:p/>
    <w:p>
      <w:r>
        <w:rPr>
          <w:b w:val="0"/>
          <w:sz w:val="20"/>
        </w:rPr>
        <w:t>Lieu : __________________________________    Date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Salarié(e)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https://juridique-travail.com/attestation-travailleurs-etrangers/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travailleurs-etrangers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