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SUR L’HONNEUR DE TRAVAIL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Date et lieu de naissance : _______________________________________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Numéro de téléphone : _____________________________________________</w:t>
      </w:r>
    </w:p>
    <w:p/>
    <w:p>
      <w:r>
        <w:rPr>
          <w:b/>
          <w:sz w:val="20"/>
        </w:rPr>
        <w:t>Atteste sur l’honneur que :</w:t>
      </w:r>
    </w:p>
    <w:p>
      <w:r>
        <w:rPr>
          <w:b w:val="0"/>
          <w:sz w:val="20"/>
        </w:rPr>
        <w:t>Je travaille régulièrement et de manière effective en qualité de : ____________________________________________________</w:t>
      </w:r>
    </w:p>
    <w:p>
      <w:r>
        <w:rPr>
          <w:b w:val="0"/>
          <w:sz w:val="20"/>
        </w:rPr>
        <w:t>Au sein de l’entreprise / pour le compte de : ____________________________________________</w:t>
      </w:r>
    </w:p>
    <w:p>
      <w:r>
        <w:rPr>
          <w:b w:val="0"/>
          <w:sz w:val="20"/>
        </w:rPr>
        <w:t>Adresse de l’entreprise : ________________________________________________</w:t>
      </w:r>
    </w:p>
    <w:p>
      <w:r>
        <w:rPr>
          <w:b w:val="0"/>
          <w:sz w:val="20"/>
        </w:rPr>
        <w:t>Depuis le : __________________________</w:t>
      </w:r>
    </w:p>
    <w:p>
      <w:r>
        <w:rPr>
          <w:b w:val="0"/>
          <w:sz w:val="20"/>
        </w:rPr>
        <w:t>Selon le contrat de travail ou l’accord conclu, mon activité est exercée selon les modalités suivantes :</w:t>
      </w:r>
    </w:p>
    <w:p>
      <w:r>
        <w:rPr>
          <w:b w:val="0"/>
          <w:sz w:val="20"/>
        </w:rPr>
        <w:t>- Type de contrat : __________________________</w:t>
      </w:r>
    </w:p>
    <w:p>
      <w:r>
        <w:rPr>
          <w:b w:val="0"/>
          <w:sz w:val="20"/>
        </w:rPr>
        <w:t>- Durée hebdomadaire de travail : __________________ heures</w:t>
      </w:r>
    </w:p>
    <w:p>
      <w:r>
        <w:rPr>
          <w:b w:val="0"/>
          <w:sz w:val="20"/>
        </w:rPr>
        <w:t>- Lieu(x) de travail : ________________________________________________________</w:t>
      </w:r>
    </w:p>
    <w:p/>
    <w:p>
      <w:r>
        <w:rPr>
          <w:b/>
          <w:sz w:val="20"/>
        </w:rPr>
        <w:t>Je déclare sur l’honneur que les informations ci-dessus sont exactes et complètes. Je suis conscient(e) que toute fausse déclaration de ma part m’expose à des sanctions pénales conformément aux articles 441-1 et suivants du Code pénal.</w:t>
      </w:r>
    </w:p>
    <w:p/>
    <w:p>
      <w:r>
        <w:rPr>
          <w:b/>
          <w:sz w:val="20"/>
        </w:rPr>
        <w:t>Cette attestation est établie pour servir et valoir ce que de droit.</w:t>
      </w:r>
    </w:p>
    <w:p/>
    <w:p/>
    <w:p>
      <w:r>
        <w:rPr>
          <w:b/>
          <w:sz w:val="20"/>
        </w:rPr>
        <w:t>Fait à : __________________________________________</w:t>
      </w:r>
    </w:p>
    <w:p>
      <w:r>
        <w:rPr>
          <w:b/>
          <w:sz w:val="20"/>
        </w:rPr>
        <w:t>Le : ____________________________________________</w:t>
      </w:r>
    </w:p>
    <w:p/>
    <w:p/>
    <w:p/>
    <w:p>
      <w:r>
        <w:rPr>
          <w:b/>
          <w:sz w:val="20"/>
        </w:rPr>
        <w:t>Signature :</w:t>
      </w:r>
    </w:p>
    <w:p/>
    <w:p/>
    <w:p>
      <w:pPr>
        <w:jc w:val="center"/>
      </w:pPr>
      <w:r>
        <w:rPr>
          <w:b w:val="0"/>
          <w:sz w:val="20"/>
        </w:rPr>
        <w:t>Conformément à la réglementation en vigueur, cet acte engage la responsabilité civile et pénale de son signataire.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attestant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Nom et prénom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Nom et prénom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https://juridique-travail.com/attestation-sur-l'honneur-travail/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sur-l'honneur-travai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