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NOMINATIVE DE CHANTIER</w:t>
      </w:r>
    </w:p>
    <w:p/>
    <w:p/>
    <w:p>
      <w:r>
        <w:rPr>
          <w:b w:val="0"/>
          <w:sz w:val="20"/>
        </w:rPr>
        <w:t>Je soussigné(e), responsable du chantier ci-dessous désigné,</w:t>
      </w:r>
    </w:p>
    <w:p>
      <w:r>
        <w:rPr>
          <w:b w:val="0"/>
          <w:sz w:val="20"/>
        </w:rPr>
        <w:t>atteste que les informations nominatives relatives à l’intervention mentionnée sont exactes et conformes aux exigences réglementaires en vigueur.</w:t>
      </w:r>
    </w:p>
    <w:p/>
    <w:p/>
    <w:p>
      <w:r>
        <w:rPr>
          <w:b/>
          <w:sz w:val="20"/>
        </w:rPr>
        <w:t>Identification du Chantier :</w:t>
      </w:r>
    </w:p>
    <w:p>
      <w:r>
        <w:rPr>
          <w:b w:val="0"/>
          <w:sz w:val="20"/>
        </w:rPr>
        <w:t>Nom du chantier : ________________________________________________</w:t>
      </w:r>
    </w:p>
    <w:p>
      <w:r>
        <w:rPr>
          <w:b w:val="0"/>
          <w:sz w:val="20"/>
        </w:rPr>
        <w:t>Adresse complète : _______________________________________________</w:t>
      </w:r>
    </w:p>
    <w:p>
      <w:r>
        <w:rPr>
          <w:b w:val="0"/>
          <w:sz w:val="20"/>
        </w:rPr>
        <w:t>Code postal : _______________ Ville : ____________________________</w:t>
      </w:r>
    </w:p>
    <w:p>
      <w:r>
        <w:rPr>
          <w:b w:val="0"/>
          <w:sz w:val="20"/>
        </w:rPr>
        <w:t>Téléphone : ______________________________________________________</w:t>
      </w:r>
    </w:p>
    <w:p>
      <w:r>
        <w:rPr>
          <w:b w:val="0"/>
          <w:sz w:val="20"/>
        </w:rPr>
        <w:t>Responsable du chantier : _________________________________________</w:t>
      </w:r>
    </w:p>
    <w:p/>
    <w:p>
      <w:r>
        <w:rPr>
          <w:b/>
          <w:sz w:val="20"/>
        </w:rPr>
        <w:t>Identification de l’Entreprise :</w:t>
      </w:r>
    </w:p>
    <w:p>
      <w:r>
        <w:rPr>
          <w:b w:val="0"/>
          <w:sz w:val="20"/>
        </w:rPr>
        <w:t>Nom de l’entreprise : ____________________________________________</w:t>
      </w:r>
    </w:p>
    <w:p>
      <w:r>
        <w:rPr>
          <w:b w:val="0"/>
          <w:sz w:val="20"/>
        </w:rPr>
        <w:t>SIRET : _________________________________________________________</w:t>
      </w:r>
    </w:p>
    <w:p>
      <w:r>
        <w:rPr>
          <w:b w:val="0"/>
          <w:sz w:val="20"/>
        </w:rPr>
        <w:t>Adresse siège social : ____________________________________________</w:t>
      </w:r>
    </w:p>
    <w:p>
      <w:r>
        <w:rPr>
          <w:b w:val="0"/>
          <w:sz w:val="20"/>
        </w:rPr>
        <w:t>Code postal : _______________ Ville : ____________________________</w:t>
      </w:r>
    </w:p>
    <w:p>
      <w:r>
        <w:rPr>
          <w:b w:val="0"/>
          <w:sz w:val="20"/>
        </w:rPr>
        <w:t>Téléphone : ______________________________________________________</w:t>
      </w:r>
    </w:p>
    <w:p/>
    <w:p>
      <w:r>
        <w:rPr>
          <w:b/>
          <w:sz w:val="20"/>
        </w:rPr>
        <w:t>Identification du Salarié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Date de naissance : _____________________________________________</w:t>
      </w:r>
    </w:p>
    <w:p>
      <w:r>
        <w:rPr>
          <w:b w:val="0"/>
          <w:sz w:val="20"/>
        </w:rPr>
        <w:t>Adresse personnelle : ____________________________________________</w:t>
      </w:r>
    </w:p>
    <w:p>
      <w:r>
        <w:rPr>
          <w:b w:val="0"/>
          <w:sz w:val="20"/>
        </w:rPr>
        <w:t>Code postal : _______________ Ville : ____________________________</w:t>
      </w:r>
    </w:p>
    <w:p>
      <w:r>
        <w:rPr>
          <w:b w:val="0"/>
          <w:sz w:val="20"/>
        </w:rPr>
        <w:t>Numéro de sécurité sociale : _____________________________________</w:t>
      </w:r>
    </w:p>
    <w:p/>
    <w:p>
      <w:r>
        <w:rPr>
          <w:b/>
          <w:sz w:val="20"/>
        </w:rPr>
        <w:t>Informations sur l’Intervention :</w:t>
      </w:r>
    </w:p>
    <w:p>
      <w:r>
        <w:rPr>
          <w:b w:val="0"/>
          <w:sz w:val="20"/>
        </w:rPr>
        <w:t>Nature des travaux réalisés : _____________________________________</w:t>
      </w:r>
    </w:p>
    <w:p>
      <w:r>
        <w:rPr>
          <w:b w:val="0"/>
          <w:sz w:val="20"/>
        </w:rPr>
        <w:t>Date de début des travaux : _______________________________________</w:t>
      </w:r>
    </w:p>
    <w:p>
      <w:r>
        <w:rPr>
          <w:b w:val="0"/>
          <w:sz w:val="20"/>
        </w:rPr>
        <w:t>Date de fin des travaux : _________________________________________</w:t>
      </w:r>
    </w:p>
    <w:p>
      <w:r>
        <w:rPr>
          <w:b w:val="0"/>
          <w:sz w:val="20"/>
        </w:rPr>
        <w:t>Fonction exercée : _______________________________________________</w:t>
      </w:r>
    </w:p>
    <w:p/>
    <w:p>
      <w:r>
        <w:rPr>
          <w:b/>
          <w:sz w:val="20"/>
        </w:rPr>
        <w:t>Déclaration :</w:t>
      </w:r>
    </w:p>
    <w:p>
      <w:r>
        <w:rPr>
          <w:b w:val="0"/>
          <w:sz w:val="20"/>
        </w:rPr>
        <w:t>Je certifie que le salarié mentionné ci-dessus a effectué les travaux dans le respect des règles de sécurité et des normes applicables.</w:t>
      </w:r>
    </w:p>
    <w:p>
      <w:r>
        <w:rPr>
          <w:b w:val="0"/>
          <w:sz w:val="20"/>
        </w:rPr>
        <w:t>Cette attestation est délivrée pour servir et valoir ce que de droit.</w:t>
      </w:r>
    </w:p>
    <w:p/>
    <w:p/>
    <w:p>
      <w:r>
        <w:rPr>
          <w:b w:val="0"/>
          <w:sz w:val="20"/>
        </w:rPr>
        <w:t>Lieu de délivrance : ______________________________________________</w:t>
      </w:r>
    </w:p>
    <w:p>
      <w:r>
        <w:rPr>
          <w:b/>
          <w:sz w:val="20"/>
        </w:rPr>
        <w:t>Signature du responsable du chantier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Responsable du Chantier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https://juridique-travail.com/attestation-nominative-de-chantier/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attestation-nominative-de-chantier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