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FIN DE TRAVAUX PARTICULIER</w:t>
      </w:r>
    </w:p>
    <w:p/>
    <w:p>
      <w:r>
        <w:rPr>
          <w:b w:val="0"/>
          <w:sz w:val="20"/>
        </w:rPr>
        <w:t>Lieu : _______________________________________________________________</w:t>
      </w:r>
    </w:p>
    <w:p/>
    <w:p>
      <w:r>
        <w:rPr>
          <w:b/>
          <w:sz w:val="20"/>
        </w:rPr>
        <w:t>Identité du demandeur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Description du bien immobilier :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Numéro de lot, si applicable : _______________________________________</w:t>
      </w:r>
    </w:p>
    <w:p>
      <w:r>
        <w:rPr>
          <w:b w:val="0"/>
          <w:sz w:val="20"/>
        </w:rPr>
        <w:t>Type de bien : ____________________________________________________</w:t>
      </w:r>
    </w:p>
    <w:p/>
    <w:p>
      <w:r>
        <w:rPr>
          <w:b/>
          <w:sz w:val="20"/>
        </w:rPr>
        <w:t>Description détaillée des travaux réalisés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Conformité des travaux :</w:t>
      </w:r>
    </w:p>
    <w:p>
      <w:r>
        <w:rPr>
          <w:b w:val="0"/>
          <w:sz w:val="20"/>
        </w:rPr>
        <w:t>Je soussigné(e), ______________________________________________________,</w:t>
      </w:r>
    </w:p>
    <w:p>
      <w:r>
        <w:rPr>
          <w:b w:val="0"/>
          <w:sz w:val="20"/>
        </w:rPr>
        <w:t>certifie que les travaux décrits ci-dessus ont été réalisés conformément aux prescriptions des autorisations d’urbanisme et dans le respect des normes en vigueur.</w:t>
      </w:r>
    </w:p>
    <w:p/>
    <w:p>
      <w:r>
        <w:rPr>
          <w:b/>
          <w:sz w:val="20"/>
        </w:rPr>
        <w:t>Responsabilité et observations :</w:t>
      </w:r>
    </w:p>
    <w:p>
      <w:r>
        <w:rPr>
          <w:b w:val="0"/>
          <w:sz w:val="20"/>
        </w:rPr>
        <w:t>Le demandeur reconnaît avoir pris connaissance que cette attestation ne dispense pas de l'obtention des éventuelles validations administratives ultérieures ni des contrôles de conformité.</w:t>
      </w:r>
    </w:p>
    <w:p/>
    <w:p>
      <w:r>
        <w:rPr>
          <w:b/>
          <w:sz w:val="20"/>
        </w:rPr>
        <w:t>Engagement :</w:t>
      </w:r>
    </w:p>
    <w:p>
      <w:r>
        <w:rPr>
          <w:b w:val="0"/>
          <w:sz w:val="20"/>
        </w:rPr>
        <w:t>Je m’engage à informer immédiatement les autorités compétentes de toute modification ultérieure susceptible d’affecter la conformité des travaux.</w:t>
      </w:r>
    </w:p>
    <w:p/>
    <w:p/>
    <w:p>
      <w:r>
        <w:rPr>
          <w:b w:val="0"/>
          <w:sz w:val="20"/>
        </w:rPr>
        <w:t>Lieu de signature : ________________________________________________</w:t>
      </w:r>
    </w:p>
    <w:p>
      <w:r>
        <w:rPr>
          <w:b w:val="0"/>
          <w:sz w:val="20"/>
        </w:rPr>
        <w:t>Date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Professionnel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https://juridique-travail.com/attestation-fin-de-travaux-particulier/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fin-de-travaux-particulier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