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ATTESTATION DE FIN DE TRAVAUX</w:t>
      </w:r>
    </w:p>
    <w:p/>
    <w:p/>
    <w:p>
      <w:r>
        <w:rPr>
          <w:b/>
          <w:sz w:val="20"/>
        </w:rPr>
        <w:t>Maître d’Ouvrage (Nom, prénom ou raison sociale) :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Adresse du maître d’ouvrage :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</w:t>
      </w:r>
    </w:p>
    <w:p/>
    <w:p>
      <w:r>
        <w:rPr>
          <w:b/>
          <w:sz w:val="20"/>
        </w:rPr>
        <w:t>Entreprise ou Artisan ayant réalisé les travaux :</w:t>
      </w:r>
    </w:p>
    <w:p>
      <w:r>
        <w:rPr>
          <w:b w:val="0"/>
          <w:sz w:val="20"/>
        </w:rPr>
        <w:t>Raison sociale / Nom : __________________________________________________</w:t>
      </w:r>
    </w:p>
    <w:p>
      <w:r>
        <w:rPr>
          <w:b w:val="0"/>
          <w:sz w:val="20"/>
        </w:rPr>
        <w:t>Adresse : ________________________________________________________________</w:t>
      </w:r>
    </w:p>
    <w:p>
      <w:r>
        <w:rPr>
          <w:b w:val="0"/>
          <w:sz w:val="20"/>
        </w:rPr>
        <w:t>SIRET / N° d’immatriculation : ____________________________________________</w:t>
      </w:r>
    </w:p>
    <w:p>
      <w:r>
        <w:rPr>
          <w:b w:val="0"/>
          <w:sz w:val="20"/>
        </w:rPr>
        <w:t>Numéro de téléphone : ____________________________________________________</w:t>
      </w:r>
    </w:p>
    <w:p/>
    <w:p>
      <w:r>
        <w:rPr>
          <w:b/>
          <w:sz w:val="20"/>
        </w:rPr>
        <w:t>Description précise des travaux réalisés :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</w:t>
      </w:r>
    </w:p>
    <w:p/>
    <w:p>
      <w:r>
        <w:rPr>
          <w:b/>
          <w:sz w:val="20"/>
        </w:rPr>
        <w:t>Adresse où les travaux ont été réalisés :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</w:t>
      </w:r>
    </w:p>
    <w:p/>
    <w:p>
      <w:r>
        <w:rPr>
          <w:b/>
          <w:sz w:val="20"/>
        </w:rPr>
        <w:t>Engagements de l’entreprise ou de l’artisan :</w:t>
      </w:r>
    </w:p>
    <w:p>
      <w:r>
        <w:rPr>
          <w:b w:val="0"/>
          <w:sz w:val="20"/>
        </w:rPr>
        <w:t>Je soussigné(e), représentant(e) légal(e) de l’entreprise ou artisan mentionné ci-dessus, atteste avoir réalisé les travaux conformément aux règles de l’art, aux normes en vigueur et aux prescriptions du permis de construire ou de la déclaration préalable lorsque celle-ci est exigée.</w:t>
      </w:r>
    </w:p>
    <w:p/>
    <w:p>
      <w:r>
        <w:rPr>
          <w:b w:val="0"/>
          <w:sz w:val="20"/>
        </w:rPr>
        <w:t>Je certifie que les travaux sont achevés conformément au cahier des charges et que les matériaux utilisés respectent les normes applicables.</w:t>
      </w:r>
    </w:p>
    <w:p/>
    <w:p>
      <w:r>
        <w:rPr>
          <w:b w:val="0"/>
          <w:sz w:val="20"/>
        </w:rPr>
        <w:t>Je reste à disposition pour tout contrôle ou vérification pouvant être demandé dans le cadre de la réception des travaux.</w:t>
      </w:r>
    </w:p>
    <w:p/>
    <w:p/>
    <w:p>
      <w:r>
        <w:rPr>
          <w:b/>
          <w:sz w:val="20"/>
        </w:rPr>
        <w:t>Clause de responsabilité :</w:t>
      </w:r>
    </w:p>
    <w:p>
      <w:r>
        <w:rPr>
          <w:b w:val="0"/>
          <w:sz w:val="20"/>
        </w:rPr>
        <w:t>L’entreprise ou l’artisan atteste que les travaux réalisés ne présentent pas de vices apparents ou cachés à la date de la présente attestation.</w:t>
      </w:r>
    </w:p>
    <w:p>
      <w:r>
        <w:rPr>
          <w:b w:val="0"/>
          <w:sz w:val="20"/>
        </w:rPr>
        <w:t>Cette attestation ne préjuge pas des garanties légales en vigueur (garantie décennale, garantie biennale, etc.) ni des obligations contractuelles entre les parties.</w:t>
      </w:r>
    </w:p>
    <w:p/>
    <w:p/>
    <w:p>
      <w:r>
        <w:rPr>
          <w:b w:val="0"/>
          <w:sz w:val="20"/>
        </w:rPr>
        <w:t>Fait à : ________________________________</w:t>
      </w:r>
    </w:p>
    <w:p>
      <w:r>
        <w:rPr>
          <w:b w:val="0"/>
          <w:sz w:val="20"/>
        </w:rPr>
        <w:t>Le : 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Le Maître d’Ouvrage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Le Représentant de l’Entreprise / Artisan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https://juridique-travail.com/attestation-fin-de-travaux-artisan/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https://juridique-travail.com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juridique-travail.com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travail.com/attestation-fin-de-travaux-artisan/" TargetMode="External"/><Relationship Id="rId10" Type="http://schemas.openxmlformats.org/officeDocument/2006/relationships/hyperlink" Target="https://juridique-trav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