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EMPLOYEUR RELATIVE AU BRACELET ÉLECTRONIQUE</w:t>
      </w:r>
    </w:p>
    <w:p/>
    <w:p/>
    <w:p>
      <w:r>
        <w:rPr>
          <w:b w:val="0"/>
          <w:sz w:val="20"/>
        </w:rPr>
        <w:t>Je soussigné(e), représentant(e) légal(e) de l’entreprise mentionnée ci-dessous, atteste que l’employé(e) désigné(e est soumis(e) à une mesure de surveillance électronique par bracelet électronique conformément aux dispositions légales en vigueur.</w:t>
      </w:r>
    </w:p>
    <w:p/>
    <w:p>
      <w:r>
        <w:rPr>
          <w:b/>
          <w:sz w:val="20"/>
        </w:rPr>
        <w:t>Informations concernant l’Employeur :</w:t>
      </w:r>
    </w:p>
    <w:p>
      <w:r>
        <w:rPr>
          <w:b w:val="0"/>
          <w:sz w:val="20"/>
        </w:rPr>
        <w:t>Raison sociale : ___________________________________________________________</w:t>
      </w:r>
    </w:p>
    <w:p>
      <w:r>
        <w:rPr>
          <w:b w:val="0"/>
          <w:sz w:val="20"/>
        </w:rPr>
        <w:t>Adresse du siège social : _________________________________________________</w:t>
      </w:r>
    </w:p>
    <w:p>
      <w:r>
        <w:rPr>
          <w:b w:val="0"/>
          <w:sz w:val="20"/>
        </w:rPr>
        <w:t>Numéro SIRET : ____________________________________________________________</w:t>
      </w:r>
    </w:p>
    <w:p>
      <w:r>
        <w:rPr>
          <w:b w:val="0"/>
          <w:sz w:val="20"/>
        </w:rPr>
        <w:t>Représentant légal : ______________________________________________________</w:t>
      </w:r>
    </w:p>
    <w:p>
      <w:r>
        <w:rPr>
          <w:b w:val="0"/>
          <w:sz w:val="20"/>
        </w:rPr>
        <w:t>Fonction du représentant légal : ___________________________________________</w:t>
      </w:r>
    </w:p>
    <w:p>
      <w:r>
        <w:rPr>
          <w:b w:val="0"/>
          <w:sz w:val="20"/>
        </w:rPr>
        <w:t>Téléphone : _______________________________________________________________</w:t>
      </w:r>
    </w:p>
    <w:p>
      <w:r>
        <w:rPr>
          <w:b w:val="0"/>
          <w:sz w:val="20"/>
        </w:rPr>
        <w:t>Adresse e-mail : ___________________________________________________________</w:t>
      </w:r>
    </w:p>
    <w:p/>
    <w:p>
      <w:r>
        <w:rPr>
          <w:b/>
          <w:sz w:val="20"/>
        </w:rPr>
        <w:t>Informations concernant l’Employé(e) :</w:t>
      </w:r>
    </w:p>
    <w:p>
      <w:r>
        <w:rPr>
          <w:b w:val="0"/>
          <w:sz w:val="20"/>
        </w:rPr>
        <w:t>Nom et prénom : ___________________________________________________________</w:t>
      </w:r>
    </w:p>
    <w:p>
      <w:r>
        <w:rPr>
          <w:b w:val="0"/>
          <w:sz w:val="20"/>
        </w:rPr>
        <w:t>Date et lieu de naissance : ________________________________________________</w:t>
      </w:r>
    </w:p>
    <w:p>
      <w:r>
        <w:rPr>
          <w:b w:val="0"/>
          <w:sz w:val="20"/>
        </w:rPr>
        <w:t>Adresse personnelle : _____________________________________________________</w:t>
      </w:r>
    </w:p>
    <w:p>
      <w:r>
        <w:rPr>
          <w:b w:val="0"/>
          <w:sz w:val="20"/>
        </w:rPr>
        <w:t>Fonction au sein de l’entreprise : __________________________________________</w:t>
      </w:r>
    </w:p>
    <w:p>
      <w:r>
        <w:rPr>
          <w:b w:val="0"/>
          <w:sz w:val="20"/>
        </w:rPr>
        <w:t>Numéro de sécurité sociale : _______________________________________________</w:t>
      </w:r>
    </w:p>
    <w:p/>
    <w:p>
      <w:r>
        <w:rPr>
          <w:b/>
          <w:sz w:val="20"/>
        </w:rPr>
        <w:t>Objet de l’attestation :</w:t>
      </w:r>
    </w:p>
    <w:p>
      <w:r>
        <w:rPr>
          <w:b w:val="0"/>
          <w:sz w:val="20"/>
        </w:rPr>
        <w:t>Cette attestation est délivrée afin de confirmer que l’employé(e) susmentionné(e) est autorisé(e) par son employeur à exercer son activité professionnelle tout en étant soumis(e) à la mesure de bracelet électronique. L’employeur certifie que cette mesure n’entrave pas l’exercice des fonctions professionnelles dans le cadre légal applicable.</w:t>
      </w:r>
    </w:p>
    <w:p/>
    <w:p>
      <w:r>
        <w:rPr>
          <w:b/>
          <w:sz w:val="20"/>
        </w:rPr>
        <w:t>Modalités et obligations de l’employeur :</w:t>
      </w:r>
    </w:p>
    <w:p>
      <w:r>
        <w:rPr>
          <w:b w:val="0"/>
          <w:sz w:val="20"/>
        </w:rPr>
        <w:t>L’employeur s’engage à respecter les règles relatives à la protection des données personnelles de l’employé(e) conformément au Règlement Général sur la Protection des Données (RGPD) et à la loi Informatique et Libertés. Il assure également que la mesure de surveillance électronique est strictement conforme à la décision judiciaire et aux prescriptions de l’autorité compétente.</w:t>
      </w:r>
    </w:p>
    <w:p/>
    <w:p>
      <w:r>
        <w:rPr>
          <w:b/>
          <w:sz w:val="20"/>
        </w:rPr>
        <w:t>Engagements de l’employeur :</w:t>
      </w:r>
    </w:p>
    <w:p>
      <w:r>
        <w:rPr>
          <w:b w:val="0"/>
          <w:sz w:val="20"/>
        </w:rPr>
        <w:t>L’employeur s’engage à :</w:t>
      </w:r>
    </w:p>
    <w:p>
      <w:r>
        <w:rPr>
          <w:b w:val="0"/>
          <w:sz w:val="20"/>
        </w:rPr>
        <w:t>- Ne prendre aucune mesure discriminatoire à l’encontre de l’employé(e) liée à la mesure de surveillance.</w:t>
      </w:r>
    </w:p>
    <w:p>
      <w:r>
        <w:rPr>
          <w:b w:val="0"/>
          <w:sz w:val="20"/>
        </w:rPr>
        <w:t>- Permettre à l’employé(e) d’exercer ses droits, notamment d’accès à ses données, dans le respect du cadre légal.</w:t>
      </w:r>
    </w:p>
    <w:p>
      <w:r>
        <w:rPr>
          <w:b w:val="0"/>
          <w:sz w:val="20"/>
        </w:rPr>
        <w:t>- Informer immédiatement l’autorité judiciaire en cas de manquement ou de problème lié à la mesure de bracelet électronique.</w:t>
      </w:r>
    </w:p>
    <w:p/>
    <w:p>
      <w:r>
        <w:rPr>
          <w:b/>
          <w:sz w:val="20"/>
        </w:rPr>
        <w:t>Durée et fin de la mesure :</w:t>
      </w:r>
    </w:p>
    <w:p>
      <w:r>
        <w:rPr>
          <w:b w:val="0"/>
          <w:sz w:val="20"/>
        </w:rPr>
        <w:t>L’employeur précise que la mesure de surveillance par bracelet électronique est en vigueur pour la durée déterminée par la décision judiciaire. Toute modification ou cessation de la mesure sera communiquée sans délai aux autorités concernées et à l’intéressé(e).</w:t>
      </w:r>
    </w:p>
    <w:p/>
    <w:p>
      <w:r>
        <w:rPr>
          <w:b/>
          <w:sz w:val="20"/>
        </w:rPr>
        <w:t>Déclaration sur l’honneur :</w:t>
      </w:r>
    </w:p>
    <w:p>
      <w:r>
        <w:rPr>
          <w:b w:val="0"/>
          <w:sz w:val="20"/>
        </w:rPr>
        <w:t>Je déclare sur l’honneur que les informations fournies dans la présente attestation sont exactes et conformes à la situation réelle. Je suis conscient(e) des sanctions pénales encourues en cas de fausse déclaration.</w:t>
      </w:r>
    </w:p>
    <w:p/>
    <w:p/>
    <w:p>
      <w:r>
        <w:rPr>
          <w:b w:val="0"/>
          <w:sz w:val="20"/>
        </w:rPr>
        <w:t>Lieu de délivrance :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Employeur</w:t>
            </w:r>
          </w:p>
        </w:tc>
        <w:tc>
          <w:tcPr>
            <w:tcW w:type="dxa" w:w="4986"/>
            <w:tcBorders>
              <w:top w:val="nil"/>
              <w:left w:val="nil"/>
              <w:bottom w:val="nil"/>
              <w:right w:val="nil"/>
              <w:insideH w:val="nil"/>
              <w:insideV w:val="nil"/>
            </w:tcBorders>
          </w:tcPr>
          <w:p>
            <w:pPr>
              <w:jc w:val="center"/>
            </w:pPr>
            <w:r>
              <w:t>Employé(e)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https://juridique-travail.com/attestation-employeur-bracelet-electronique/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attestation-employeur-bracelet-electroniqu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