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ATTESTATION D'EXPÉRIENCE PROFESSIONNELLE</w:t>
      </w:r>
    </w:p>
    <w:p/>
    <w:p/>
    <w:p>
      <w:r>
        <w:rPr>
          <w:b/>
          <w:sz w:val="20"/>
        </w:rPr>
        <w:t>Je soussigné(e), ________, agissant en qualité de ________, atteste que :</w:t>
      </w:r>
    </w:p>
    <w:p/>
    <w:p>
      <w:r>
        <w:rPr>
          <w:b w:val="0"/>
          <w:sz w:val="20"/>
        </w:rPr>
        <w:t>M./Mme : _________________________________________________________________</w:t>
      </w:r>
    </w:p>
    <w:p>
      <w:r>
        <w:rPr>
          <w:b w:val="0"/>
          <w:sz w:val="20"/>
        </w:rPr>
        <w:t>Né(e) le : ________________________________________________________________</w:t>
      </w:r>
    </w:p>
    <w:p>
      <w:r>
        <w:rPr>
          <w:b w:val="0"/>
          <w:sz w:val="20"/>
        </w:rPr>
        <w:t>Demeurant à : _____________________________________________________________</w:t>
      </w:r>
    </w:p>
    <w:p>
      <w:r>
        <w:rPr>
          <w:b w:val="0"/>
          <w:sz w:val="20"/>
        </w:rPr>
        <w:t>Numéro de sécurité sociale : _______________________________________________</w:t>
      </w:r>
    </w:p>
    <w:p/>
    <w:p>
      <w:r>
        <w:rPr>
          <w:b w:val="0"/>
          <w:sz w:val="20"/>
        </w:rPr>
        <w:t>a été employé(e) au sein de notre entreprise en qualité de : ________________</w:t>
      </w:r>
    </w:p>
    <w:p>
      <w:r>
        <w:rPr>
          <w:b w:val="0"/>
          <w:sz w:val="20"/>
        </w:rPr>
        <w:t>durant la période suivante : ________________________________________________</w:t>
      </w:r>
    </w:p>
    <w:p>
      <w:r>
        <w:rPr>
          <w:b w:val="0"/>
          <w:sz w:val="20"/>
        </w:rPr>
        <w:t>du ________ au ________</w:t>
      </w:r>
    </w:p>
    <w:p>
      <w:r>
        <w:rPr>
          <w:b w:val="0"/>
          <w:sz w:val="20"/>
        </w:rPr>
        <w:t>au sein de la structure suivante : _________________________________________</w:t>
      </w:r>
    </w:p>
    <w:p>
      <w:r>
        <w:rPr>
          <w:b w:val="0"/>
          <w:sz w:val="20"/>
        </w:rPr>
        <w:t>adresse : _________________________________________________________________</w:t>
      </w:r>
    </w:p>
    <w:p/>
    <w:p>
      <w:r>
        <w:rPr>
          <w:b/>
          <w:sz w:val="20"/>
        </w:rPr>
        <w:t>Au cours de cette période, M./Mme a exercé les missions suivantes :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/>
    <w:p>
      <w:r>
        <w:rPr>
          <w:b/>
          <w:sz w:val="20"/>
        </w:rPr>
        <w:t>Les compétences développées et mises en œuvre sont notamment :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/>
    <w:p>
      <w:r>
        <w:rPr>
          <w:b/>
          <w:sz w:val="20"/>
        </w:rPr>
        <w:t>Cette expérience a permis d’acquérir un savoir-faire solide dans le domaine précité.</w:t>
      </w:r>
    </w:p>
    <w:p>
      <w:r>
        <w:rPr>
          <w:b/>
          <w:sz w:val="20"/>
        </w:rPr>
        <w:t>Le salarié a fait preuve de professionnalisme, de rigueur et d’assiduité tout au long de sa mission.</w:t>
      </w:r>
    </w:p>
    <w:p/>
    <w:p>
      <w:r>
        <w:rPr>
          <w:b/>
          <w:sz w:val="20"/>
        </w:rPr>
        <w:t>Cette attestation est délivrée pour servir et valoir ce que de droit.</w:t>
      </w:r>
    </w:p>
    <w:p/>
    <w:p/>
    <w:p>
      <w:r>
        <w:rPr>
          <w:b w:val="0"/>
          <w:sz w:val="20"/>
        </w:rPr>
        <w:t>Fait à : _________________________________________________________________</w:t>
      </w:r>
    </w:p>
    <w:p>
      <w:r>
        <w:rPr>
          <w:b w:val="0"/>
          <w:sz w:val="20"/>
        </w:rPr>
        <w:t>Le : ___________________________________________________________________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L'ÉMETTEUR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LE BÉNÉFICIAIRE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et fonction : 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https://juridique-travail.com/attestation-d'experience-professionnelle/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https://juridique-travail.com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juridique-travail.com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travail.com/attestation-d'experience-professionnelle/" TargetMode="External"/><Relationship Id="rId10" Type="http://schemas.openxmlformats.org/officeDocument/2006/relationships/hyperlink" Target="https://juridique-trav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