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PRÉSENCE DE L’EMPLOYEUR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Fonction : _____________________________________________________</w:t>
      </w:r>
    </w:p>
    <w:p>
      <w:r>
        <w:rPr>
          <w:b w:val="0"/>
          <w:sz w:val="20"/>
        </w:rPr>
        <w:t>Dénomination de l'entreprise : ___________________________________</w:t>
      </w:r>
    </w:p>
    <w:p>
      <w:r>
        <w:rPr>
          <w:b w:val="0"/>
          <w:sz w:val="20"/>
        </w:rPr>
        <w:t>Adresse du siège social : _________________________________________</w:t>
      </w:r>
    </w:p>
    <w:p>
      <w:r>
        <w:rPr>
          <w:b w:val="0"/>
          <w:sz w:val="20"/>
        </w:rPr>
        <w:t>Numéro SIRET : _________________________________________________</w:t>
      </w:r>
    </w:p>
    <w:p/>
    <w:p>
      <w:r>
        <w:rPr>
          <w:b/>
          <w:sz w:val="20"/>
        </w:rPr>
        <w:t>Atteste par la présente que :</w:t>
      </w:r>
    </w:p>
    <w:p>
      <w:r>
        <w:rPr>
          <w:b w:val="0"/>
          <w:sz w:val="20"/>
        </w:rPr>
        <w:t>Nom et prénom de l’employé(e) : _________________________________</w:t>
      </w:r>
    </w:p>
    <w:p>
      <w:r>
        <w:rPr>
          <w:b w:val="0"/>
          <w:sz w:val="20"/>
        </w:rPr>
        <w:t>Date et lieu de naissance : ______________________________________</w:t>
      </w:r>
    </w:p>
    <w:p>
      <w:r>
        <w:rPr>
          <w:b w:val="0"/>
          <w:sz w:val="20"/>
        </w:rPr>
        <w:t>Numéro de sécurité sociale : ____________________________________</w:t>
      </w:r>
    </w:p>
    <w:p>
      <w:r>
        <w:rPr>
          <w:b w:val="0"/>
          <w:sz w:val="20"/>
        </w:rPr>
        <w:t>Fonction occupée : ______________________________________________</w:t>
      </w:r>
    </w:p>
    <w:p>
      <w:r>
        <w:rPr>
          <w:b w:val="0"/>
          <w:sz w:val="20"/>
        </w:rPr>
        <w:t>Durée du contrat / période concernée : __________________________</w:t>
      </w:r>
    </w:p>
    <w:p>
      <w:r>
        <w:rPr>
          <w:b w:val="0"/>
          <w:sz w:val="20"/>
        </w:rPr>
        <w:t>Temps de travail : ______________________________________________</w:t>
      </w:r>
    </w:p>
    <w:p/>
    <w:p>
      <w:r>
        <w:rPr>
          <w:b w:val="0"/>
          <w:sz w:val="20"/>
        </w:rPr>
        <w:t>Cet(te) employé(e) a bien exercé son activité au sein de notre entreprise pendant la période mentionnée ci-dessus.</w:t>
      </w:r>
    </w:p>
    <w:p/>
    <w:p>
      <w:r>
        <w:rPr>
          <w:b w:val="0"/>
          <w:sz w:val="20"/>
        </w:rPr>
        <w:t>Cette attestation est délivrée pour servir et valoir ce que de droit.</w:t>
      </w:r>
    </w:p>
    <w:p/>
    <w:p/>
    <w:p>
      <w:r>
        <w:rPr>
          <w:b w:val="0"/>
          <w:sz w:val="20"/>
        </w:rPr>
        <w:t>Fait à : __________________________________________</w:t>
      </w:r>
    </w:p>
    <w:p>
      <w:r>
        <w:rPr>
          <w:b w:val="0"/>
          <w:sz w:val="20"/>
        </w:rPr>
        <w:t>Le : _____________________________________________</w:t>
      </w:r>
    </w:p>
    <w:p/>
    <w:p/>
    <w:p>
      <w:r>
        <w:rPr>
          <w:b w:val="0"/>
          <w:sz w:val="20"/>
        </w:rPr>
        <w:t>Signature et cachet de l’employeur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Employé(e)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/>
    <w:p/>
    <w:p>
      <w:r>
        <w:rPr>
          <w:b w:val="0"/>
          <w:sz w:val="20"/>
        </w:rPr>
        <w:t>Conformément aux dispositions du Code du travail français, cette attestation peut être demandée par le salarié pour justifier de son activité professionnelle auprès des administrations compétentes.</w:t>
      </w:r>
    </w:p>
    <w:p>
      <w:r>
        <w:rPr>
          <w:b w:val="0"/>
          <w:sz w:val="20"/>
        </w:rPr>
        <w:t>L’employeur certifie exactes les informations ci-dessus et s’engage à fournir les documents nécessaires en cas de contrôle.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https://juridique-travail.com/attestation-de-presence-employeur/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attestation-de-presence-employeur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